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Tip Toe is 'Queer As Folk crossed with Years and Years,' says creator Russell T Davies</w:t>
      </w:r>
      <w:r/>
    </w:p>
    <w:p>
      <w:r/>
      <w:r/>
    </w:p>
    <w:p>
      <w:r>
        <w:drawing>
          <wp:inline xmlns:a="http://schemas.openxmlformats.org/drawingml/2006/main" xmlns:pic="http://schemas.openxmlformats.org/drawingml/2006/picture">
            <wp:extent cx="5080000" cy="275813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58137"/>
                    </a:xfrm>
                    <a:prstGeom prst="rect"/>
                  </pic:spPr>
                </pic:pic>
              </a:graphicData>
            </a:graphic>
          </wp:inline>
        </w:drawing>
      </w:r>
    </w:p>
    <w:p>
      <w:r/>
      <w:r>
        <w:t>Russell T Davies says his forthcoming Channel 4 thriller Tip Toe delivers 'some of the finest acting' he has seen, as the writer-producer assembles a high-profile cast led by Alan Cumming and David Morrissey for a five-part series scheduled for 2026. According to the original report, the drama is set in Manchester and centres on Leo (Cumming), the charismatic owner of a bar in the city’s Gay Village, and his 'unsmiling and troubled' next-door neighbour Clive (Morrissey).</w:t>
      </w:r>
      <w:r/>
    </w:p>
    <w:p>
      <w:r/>
      <w:r>
        <w:t>The series tracks nearly 15 years of neighbourly co-existence that fractures into hostility as 'words and radicalised opinions' escalate, transforming the pair into 'deadly enemies' in what is billed as a tense suburban thriller that interrogates how formerly safe communities can become volatile. Davies said: 'This show has some of the finest acting I’ve ever seen, from the most splendid cast, and I can’t wait for it to hit Channel 4.'</w:t>
      </w:r>
      <w:r/>
    </w:p>
    <w:p>
      <w:r/>
      <w:r>
        <w:t>Alan Cumming described Tip Toe as 'prescient and necessary', framing the story as both timely and provocative, while David Morrissey called it 'a privilege' to work on what he termed an 'astonishing' production. Those comments were made as part of the cast announcements and promotional statements around the show.</w:t>
      </w:r>
      <w:r/>
    </w:p>
    <w:p>
      <w:r/>
      <w:r>
        <w:t>Beyond Cumming and Morrissey, the ensemble includes Denise Welch, Pooky Quesnel, Iz Hesketh, Elizabeth Berrington and Paul Rhys; the series is produced by Quay Street Productions, a division of ITV Studios, with Nicola Shindler named as producer and Peter Hoar attached as director in production notices. Davies, Hoar and Cumming are listed as executive producers.</w:t>
      </w:r>
      <w:r/>
    </w:p>
    <w:p>
      <w:r/>
      <w:r>
        <w:t>Davies, best known for reviving Doctor Who and for creating the acclaimed It’s A Sin, emphasised the personal nature of Tip Toe’s storytelling. The creator has previously said projects such as Queer As Folk and Cucumber will form a larger part of his legacy than his tenure on Doctor Who, and he has described Tip Toe as 'Queer as Folk crossed with Years and Years,' calling it 'radical', 'savage' and 'hilarious'.</w:t>
      </w:r>
      <w:r/>
    </w:p>
    <w:p>
      <w:r/>
      <w:r>
        <w:t xml:space="preserve">Industry reporting notes that Channel 4 commissioned the series in early 2025 and filming began in Manchester later that year; Davies has said the production was in its 'final days of filming' as promotional activity ramped up. The company producing the show confirmed a 2026 release window. [Photograph: Channel 4. L to R, Alan Cumming, Russell T Davies, David Morrissey]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https://www.the-independent.com/arts-entertainment/tv/news/russell-t-davies-tip-toe-b2880764.html</w:t>
        </w:r>
      </w:hyperlink>
      <w:r>
        <w:t xml:space="preserve"> - Please view link - unable to able to access data</w:t>
      </w:r>
      <w:r/>
    </w:p>
    <w:p>
      <w:pPr>
        <w:pStyle w:val="ListNumber"/>
        <w:spacing w:line="240" w:lineRule="auto"/>
        <w:ind w:left="720"/>
      </w:pPr>
      <w:r/>
      <w:hyperlink r:id="rId10">
        <w:r>
          <w:rPr>
            <w:color w:val="0000EE"/>
            <w:u w:val="single"/>
          </w:rPr>
          <w:t>https://www.the-independent.com/arts-entertainment/tv/news/russell-t-davies-tip-toe-b2880764.html</w:t>
        </w:r>
      </w:hyperlink>
      <w:r>
        <w:t xml:space="preserve"> - Russell T Davies has praised his upcoming Channel 4 thriller, Tip Toe, for featuring some of the 'finest acting' he has ever seen. The five-part series, set for release in 2026, stars Alan Cumming as Leo, the owner of a bar in Manchester’s Gay Village, and David Morrissey as Clive, his 'unsmiling and troubled' next-door neighbour. After nearly 15 years of cohabitation, their relationship deteriorates, turning them into 'deadly enemies' as 'words and radicalised opinions' drive a wedge between them. Davies expressed his enthusiasm, stating: 'This show has some of the finest acting I’ve ever seen, from the most splendid cast, and I can’t wait for it to hit Channel 4.' Cumming described the series as 'prescient and necessary,' while Morrissey called it 'a privilege' to collaborate on the 'astonishing' production. The ensemble cast also includes Denise Welch, Pooky Quesnel, Iz Hesketh, Elizabeth Berrington, and Paul Rhys. Tip Toe is produced by Quay Street Productions, a division of ITV Studios.</w:t>
      </w:r>
      <w:r/>
    </w:p>
    <w:p>
      <w:pPr>
        <w:pStyle w:val="ListNumber"/>
        <w:spacing w:line="240" w:lineRule="auto"/>
        <w:ind w:left="720"/>
      </w:pPr>
      <w:r/>
      <w:hyperlink r:id="rId11">
        <w:r>
          <w:rPr>
            <w:color w:val="0000EE"/>
            <w:u w:val="single"/>
          </w:rPr>
          <w:t>https://www.aol.com/news/doctor-producer-says-thriller-features-095904996.html</w:t>
        </w:r>
      </w:hyperlink>
      <w:r>
        <w:t xml:space="preserve"> - Russell T Davies has lauded his upcoming Channel 4 thriller, Tip Toe, as showcasing some of the 'finest acting' he has ever witnessed, featuring a stellar cast led by Alan Cumming and David Morrissey. The five-part series, slated for release in 2026, centres on Leo (Cumming), the charismatic owner of a bar in Manchester’s Gay Village, and his 'unsmiling and troubled' next-door neighbour, Clive (Morrissey). After nearly 15 years of living side-by-side, their relationship dramatically deteriorates, transforming them into 'deadly enemies' as 'words and radicalised opinions' drive a wedge between them. Davies, currently in the 'final days of filming', expressed his enthusiasm, stating: 'This show has some of the finest acting I’ve ever seen, from the most splendid cast, and I can’t wait for it to hit Channel 4.' Cumming, known for Cabaret, previously described the series as 'prescient and necessary', while Morrissey called it 'a privilege' to collaborate on the 'astonishing' production.</w:t>
      </w:r>
      <w:r/>
    </w:p>
    <w:p>
      <w:pPr>
        <w:pStyle w:val="ListNumber"/>
        <w:spacing w:line="240" w:lineRule="auto"/>
        <w:ind w:left="720"/>
      </w:pPr>
      <w:r/>
      <w:hyperlink r:id="rId12">
        <w:r>
          <w:rPr>
            <w:color w:val="0000EE"/>
            <w:u w:val="single"/>
          </w:rPr>
          <w:t>https://anthearepresents.com/news/David-Morrissey-co-leads-the-cast-in-Russell-T-Davies-s-newly-announced-Channel-4-thriller-series-Tip-Toe</w:t>
        </w:r>
      </w:hyperlink>
      <w:r>
        <w:t xml:space="preserve"> - David Morrissey co-leads the cast in Russell T. Davies’s newly announced Channel 4 thriller series 'Tip Toe'. In a statement released to announce the production, David said: 'I'm delighted to be working with Russell again, and also to be working with Alan who has been a great friend of mine for over 40 years but we’ve never had the chance to work together. It’s a privilege to be with them both on this astonishing piece of work'. Meanwhile Alan Cummings said: 'Russell T Davies and I have been trying to work together for over 20 years. Now, not only are we working together but doing so with one of my dearest, oldest friends, Dave Morrissey, and in a piece of work I think is so brilliant and prescient and necessary. I don’t say this lightly, but this is truly an honour.' We anticipate the series will be released sometime in 2026.</w:t>
      </w:r>
      <w:r/>
    </w:p>
    <w:p>
      <w:pPr>
        <w:pStyle w:val="ListNumber"/>
        <w:spacing w:line="240" w:lineRule="auto"/>
        <w:ind w:left="720"/>
      </w:pPr>
      <w:r/>
      <w:hyperlink r:id="rId13">
        <w:r>
          <w:rPr>
            <w:color w:val="0000EE"/>
            <w:u w:val="single"/>
          </w:rPr>
          <w:t>https://en.wikipedia.org/wiki/Tip_Toe_%28TV_series%29</w:t>
        </w:r>
      </w:hyperlink>
      <w:r>
        <w:t xml:space="preserve"> - Tip Toe is an upcoming British television series for Channel 4 written by Russell T Davies and starring Alan Cumming and David Morrissey. The series was commissioned by Channel 4 in February 2025. It is written by Russell T Davies and produced by Nicola Shindler for Quay Street Productions with Phil Collinson as a series producer, and Peter Hoar as series director. Davies, Hoar and Alan Cumming are executive producers. Cumming also leads the cast with David Morrissey. The wider cast includes Elizabeth Berrington, Denise Welch and Pooky Quesnel, amongst others. Filming had begun in Manchester in September 2025.</w:t>
      </w:r>
      <w:r/>
    </w:p>
    <w:p>
      <w:pPr>
        <w:pStyle w:val="ListNumber"/>
        <w:spacing w:line="240" w:lineRule="auto"/>
        <w:ind w:left="720"/>
      </w:pPr>
      <w:r/>
      <w:hyperlink r:id="rId14">
        <w:r>
          <w:rPr>
            <w:color w:val="0000EE"/>
            <w:u w:val="single"/>
          </w:rPr>
          <w:t>https://uk.news.yahoo.com/russell-t-davies-praises-tip-090000970.html</w:t>
        </w:r>
      </w:hyperlink>
      <w:r>
        <w:t xml:space="preserve"> - Doctor Who showrunner Russell T Davies has said his new series, which stars Alan Cumming and David Morrissey, has some of the 'finest acting' he has ever seen. The upcoming Channel 4 thriller Tip Toe follows Leo, the funny and dynamic owner of a bar in Manchester’s Gay Village (Cumming), and Clive (Morrissey), the unsmiling and troubled next-door neighbour. The five-part series follows the neighbours who, after living next door to each other for almost 15 years, become 'deadly enemies' as words and radicalised opinions divide them. Alan Cumming as Leo in Russell T Davies new series Tip Toe (Channel 4/Ben Blackall/PA) Davies said: 'We’re in the final days of filming and I’m so excited for 2026, this show has some of the finest acting I’ve ever seen, from the most splendid cast, and I can’t wait for it to hit Channel 4.'</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independent.com/arts-entertainment/tv/news/russell-t-davies-tip-toe-b2880764.html" TargetMode="External"/><Relationship Id="rId11" Type="http://schemas.openxmlformats.org/officeDocument/2006/relationships/hyperlink" Target="https://www.aol.com/news/doctor-producer-says-thriller-features-095904996.html" TargetMode="External"/><Relationship Id="rId12" Type="http://schemas.openxmlformats.org/officeDocument/2006/relationships/hyperlink" Target="https://anthearepresents.com/news/David-Morrissey-co-leads-the-cast-in-Russell-T-Davies-s-newly-announced-Channel-4-thriller-series-Tip-Toe" TargetMode="External"/><Relationship Id="rId13" Type="http://schemas.openxmlformats.org/officeDocument/2006/relationships/hyperlink" Target="https://en.wikipedia.org/wiki/Tip_Toe_%28TV_series%29" TargetMode="External"/><Relationship Id="rId14" Type="http://schemas.openxmlformats.org/officeDocument/2006/relationships/hyperlink" Target="https://uk.news.yahoo.com/russell-t-davies-praises-tip-09000097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