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Hairspray director behind RuPaul’s Drag Race movie due next year</w:t>
      </w:r>
      <w:r/>
    </w:p>
    <w:p>
      <w:r/>
      <w:r/>
    </w:p>
    <w:p>
      <w:r>
        <w:drawing>
          <wp:inline xmlns:a="http://schemas.openxmlformats.org/drawingml/2006/main" xmlns:pic="http://schemas.openxmlformats.org/drawingml/2006/picture">
            <wp:extent cx="5080000" cy="3116000"/>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3116000"/>
                    </a:xfrm>
                    <a:prstGeom prst="rect"/>
                  </pic:spPr>
                </pic:pic>
              </a:graphicData>
            </a:graphic>
          </wp:inline>
        </w:drawing>
      </w:r>
    </w:p>
    <w:p>
      <w:r/>
      <w:r>
        <w:t>RuPaul’s Drag Race is officially rolling onto the big screen. Adam Shankman’s action-comedy has been titled Stop! That! Train! and is scheduled for a North American theatrical release on 29 May 2026.</w:t>
      </w:r>
      <w:r/>
    </w:p>
    <w:p>
      <w:r/>
      <w:r>
        <w:t>The film centres on Tess and DeeDee, two train stewardesses who swap dreary shifts on the Stank Rail for the glamorous Glamazonian Express, only to face a catastrophic 'Stormaganza' that threatens to crash the high‑speed service into Los Angeles. Industry reporting says the story forces the coach-level duo to team up with snobby first-class attendants and President Gagwell, played by RuPaul, to save the day.</w:t>
      </w:r>
      <w:r/>
    </w:p>
    <w:p>
      <w:r/>
      <w:r>
        <w:t>The casting leans heavily on Drag Race alumni: Ginger Minj and Jujubee headline as Tess and DeeDee, joined by Brooke Lynn Hytes, Latrice Royale, Marcia Marcia Marcia, Monét X Change and Symone among the first-class contingent. Producers and publicity have presented the project as the first feature film set explicitly in the RuPaul’s Drag Race universe.</w:t>
      </w:r>
      <w:r/>
    </w:p>
    <w:p>
      <w:r/>
      <w:r>
        <w:t xml:space="preserve">Stop! That! Train! is directed by Adam Shankman, whose credits include Hairspray and Rock of Ages. Shankman told reporters he’d 'had the greatest time shooting Stop! That! Train! with some of the most hilarious and game people out there... if you’re not howling during this one, I’m pretty sure you’re made of coal and possibly a descendant of the Grinch family!' The company said production wrapped in Los Angeles. </w:t>
      </w:r>
      <w:r/>
    </w:p>
    <w:p>
      <w:r/>
      <w:r>
        <w:t>The film is produced under the World of Wonder banner alongside Universal Pictures Content Group and Bleecker Street; credits list Connor Wright and Christina Friel as screenwriters. According to trade coverage, Bleecker Street holds North American rights while Universal Pictures Content Group will handle international distribution.</w:t>
      </w:r>
      <w:r/>
    </w:p>
    <w:p>
      <w:r/>
      <w:r>
        <w:t>RuPaul has framed the role as a long‑awaited chance to play a flamboyant authority figure. Speaking to press, RuPaul said, 'President Judy Gagwell is the part I was born to play. Finally, a role I can sink my dentures into.' The line has been circulated in industry coverage alongside statements from producers and distributors positioning the film as a broad, camp disaster-comedy aimed at both franchise fans and mainstream audiences.</w:t>
      </w:r>
      <w:r/>
    </w:p>
    <w:p>
      <w:r/>
      <w:r>
        <w:t xml:space="preserve">For fans of the franchise, the film’s May 29, 2026 release date places it just ahead of Pride month, which is smart. Source: </w:t>
      </w:r>
      <w:hyperlink r:id="rId9">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https://werrrk.com/2025/12/04/stop-that-train-brings-rupaul-the-drag-race-universe-to-the-big-screen/</w:t>
        </w:r>
      </w:hyperlink>
      <w:r>
        <w:t xml:space="preserve"> - Please view link - unable to able to access data</w:t>
      </w:r>
      <w:r/>
    </w:p>
    <w:p>
      <w:pPr>
        <w:pStyle w:val="ListNumber"/>
        <w:spacing w:line="240" w:lineRule="auto"/>
        <w:ind w:left="720"/>
      </w:pPr>
      <w:r/>
      <w:hyperlink r:id="rId11">
        <w:r>
          <w:rPr>
            <w:color w:val="0000EE"/>
            <w:u w:val="single"/>
          </w:rPr>
          <w:t>https://www.cinemaexpress.com/amp/story/english/news/2025/Nov/25/adam-shankmans-action-comedy-sets-title-and-2026-release</w:t>
        </w:r>
      </w:hyperlink>
      <w:r>
        <w:t xml:space="preserve"> - Adam Shankman's upcoming action-comedy film, 'Stop! That! Train!', starring RuPaul Charles, has been announced with a release date of May 29, 2026. The film features a cast of RuPaul's Drag Race stars, including Ginger Minj, Jujubee, Brooke Lynn Hytes, Latrice Royale, Marcia Marcia Marcia, Monét X Change, and Symone. The story follows best friends Tess and DeeDee, train stewardesses who leave their dull shifts on the Stank Rail for the glamorous Glamazonian Express. When a massive 'Stormganza' threatens the speeding train, they team up with first-class attendants and President Gagwell (RuPaul) to avert catastrophe. The film is produced by World of Wonder, Universal Pictures Content Group, and Bleecker Street, with a script by Connor Wright and Christina Friel. Shankman expressed his enthusiasm for the project, stating he had 'the greatest time shooting' and praised the cast's energy. The film is set to be released in North American theaters on May 29, 2026. (</w:t>
      </w:r>
      <w:hyperlink r:id="rId12">
        <w:r>
          <w:rPr>
            <w:color w:val="0000EE"/>
            <w:u w:val="single"/>
          </w:rPr>
          <w:t>cinemaexpress.com</w:t>
        </w:r>
      </w:hyperlink>
      <w:r>
        <w:t>)</w:t>
      </w:r>
      <w:r/>
    </w:p>
    <w:p>
      <w:pPr>
        <w:pStyle w:val="ListNumber"/>
        <w:spacing w:line="240" w:lineRule="auto"/>
        <w:ind w:left="720"/>
      </w:pPr>
      <w:r/>
      <w:hyperlink r:id="rId13">
        <w:r>
          <w:rPr>
            <w:color w:val="0000EE"/>
            <w:u w:val="single"/>
          </w:rPr>
          <w:t>https://uk.news.yahoo.com/rupaul-starring-adam-shankman-film-234513908.html</w:t>
        </w:r>
      </w:hyperlink>
      <w:r>
        <w:t xml:space="preserve"> - RuPaul Charles is set to star in 'Stop! That! Train!', an action-comedy directed by Adam Shankman. The film is scheduled for theatrical release in North America on May 29, 2026, with Universal Pictures Content Group handling international rights. The cast includes RuPaul alongside stars from the Drag Race universe, such as Ginger Minj, Jujubee, Brooke Lynn Hytes, Latrice Royale, Marcia Marcia Marcia, Monét X Change, and Symone. The film follows best friends Tess and DeeDee, train stewardesses who trade their dreary shifts on the Stank Rail for the glitzy Glamazonian Express. (</w:t>
      </w:r>
      <w:hyperlink r:id="rId14">
        <w:r>
          <w:rPr>
            <w:color w:val="0000EE"/>
            <w:u w:val="single"/>
          </w:rPr>
          <w:t>uk.news.yahoo.com</w:t>
        </w:r>
      </w:hyperlink>
      <w:r>
        <w:t>)</w:t>
      </w:r>
      <w:r/>
    </w:p>
    <w:p>
      <w:pPr>
        <w:pStyle w:val="ListNumber"/>
        <w:spacing w:line="240" w:lineRule="auto"/>
        <w:ind w:left="720"/>
      </w:pPr>
      <w:r/>
      <w:hyperlink r:id="rId15">
        <w:r>
          <w:rPr>
            <w:color w:val="0000EE"/>
            <w:u w:val="single"/>
          </w:rPr>
          <w:t>https://www.thewrap.com/rupaul-movie-action-comedy-world-of-wonder-bleecker-street/</w:t>
        </w:r>
      </w:hyperlink>
      <w:r>
        <w:t xml:space="preserve"> - RuPaul is returning to the big screen in an action-comedy directed by Adam Shankman. The film, titled 'Stop! That! Train!', is produced by World of Wonder and distributed by Bleecker Street. The story follows best friends Tess and DeeDee, train stewardesses who leave their dull shifts on the Stank Rail for the glamorous Glamazonian Express. When a catastrophic 'Stormganza' threatens the speeding train, they team up with first-class attendants and President Gagwell (RuPaul) to avert catastrophe. RuPaul expressed excitement for the role, stating, 'President Judy Gagwell is the part I was born to play. Finally, a role I can sink my dentures into.' (</w:t>
      </w:r>
      <w:hyperlink r:id="rId16">
        <w:r>
          <w:rPr>
            <w:color w:val="0000EE"/>
            <w:u w:val="single"/>
          </w:rPr>
          <w:t>thewrap.com</w:t>
        </w:r>
      </w:hyperlink>
      <w:r>
        <w:t>)</w:t>
      </w:r>
      <w:r/>
    </w:p>
    <w:p>
      <w:pPr>
        <w:pStyle w:val="ListNumber"/>
        <w:spacing w:line="240" w:lineRule="auto"/>
        <w:ind w:left="720"/>
      </w:pPr>
      <w:r/>
      <w:hyperlink r:id="rId17">
        <w:r>
          <w:rPr>
            <w:color w:val="0000EE"/>
            <w:u w:val="single"/>
          </w:rPr>
          <w:t>https://hotspotsmagazine.com/2025/12/01/all-aboard-the-glamazonian-express-first-ever-drag-race-movie-set-to-hit-theaters-in-2026/</w:t>
        </w:r>
      </w:hyperlink>
      <w:r>
        <w:t xml:space="preserve"> - 'Stop! That! Train!' is the first feature film set in the RuPaul’s Drag Race universe, arriving in theaters on May 29, 2026. Directed by Adam Shankman, known for films like 'Hairspray' and 'Rock of Ages', the movie promises a blend of camp, comedy, and drag excellence. Shankman expressed his enthusiasm for the project, stating, 'I’ve had the greatest time shooting Stop! That! Train! with some of the most hilarious and game people out there... if you’re not howling during this one, I’m pretty sure you’re made of coal and possibly a descendant of the Grinch family!' RuPaul Charles stars as President Gagwell, joining the cast to 'save the day in this wild ride of camp and comedy.' Ginger Minj and Jujubee play Tess and DeeDee, two train stewardesses who ditch the dreary Stank Rail for the glamorous Glamazonian Express. They are joined by Symone and Brooke Lynn Hytes as two of the film’s fabulously snobby first-class attendants. The film is produced by World of Wonder, with producers including Fenton Bailey, Randy Barbato, Tom Campbell, and RuPaul himself. (</w:t>
      </w:r>
      <w:hyperlink r:id="rId18">
        <w:r>
          <w:rPr>
            <w:color w:val="0000EE"/>
            <w:u w:val="single"/>
          </w:rPr>
          <w:t>hotspotsmagazine.com</w:t>
        </w:r>
      </w:hyperlink>
      <w:r>
        <w:t>)</w:t>
      </w:r>
      <w:r/>
    </w:p>
    <w:p>
      <w:pPr>
        <w:pStyle w:val="ListNumber"/>
        <w:spacing w:line="240" w:lineRule="auto"/>
        <w:ind w:left="720"/>
      </w:pPr>
      <w:r/>
      <w:hyperlink r:id="rId19">
        <w:r>
          <w:rPr>
            <w:color w:val="0000EE"/>
            <w:u w:val="single"/>
          </w:rPr>
          <w:t>https://www.krisavalon.com/post/rupaul-s-drag-race-film-gets-official-title-and-2026-release-date</w:t>
        </w:r>
      </w:hyperlink>
      <w:r>
        <w:t xml:space="preserve"> - The first-ever film from the RuPaul’s Drag Race universe officially has a title. Adam Shankman’s camp action comedy starring RuPaul Charles has been titled 'STOP! THAT! TRAIN!' ahead of a North American theatrical release set for May 29, 2026 by Bleecker Street. The drag queen disaster movie draws on the RuPaul’s Drag Race universe through franchise producer World of Wonder and also stars Ginger Minj, Jujubee, Brooke Lynn Hytes, Latrice Royale, Marcia Marcia Marcia, Monét X Change and Symone. Bleecker Street earlier nabbed the North American rights to the comedy feature from director Shankman that centers on camp drag queens on a chaotic high-speed train journey. Universal Pictures Content Group will handle the international rights to the RuPaul-led feature that has wrapped production in Los Angeles. (</w:t>
      </w:r>
      <w:hyperlink r:id="rId20">
        <w:r>
          <w:rPr>
            <w:color w:val="0000EE"/>
            <w:u w:val="single"/>
          </w:rPr>
          <w:t>krisavalon.com</w:t>
        </w:r>
      </w:hyperlink>
      <w:r>
        <w:t>)</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werrrk.com/2025/12/04/stop-that-train-brings-rupaul-the-drag-race-universe-to-the-big-screen/" TargetMode="External"/><Relationship Id="rId11" Type="http://schemas.openxmlformats.org/officeDocument/2006/relationships/hyperlink" Target="https://www.cinemaexpress.com/amp/story/english/news/2025/Nov/25/adam-shankmans-action-comedy-sets-title-and-2026-release" TargetMode="External"/><Relationship Id="rId12" Type="http://schemas.openxmlformats.org/officeDocument/2006/relationships/hyperlink" Target="https://www.cinemaexpress.com/amp/story/english/news/2025/Nov/25/adam-shankmans-action-comedy-sets-title-and-2026-release?utm_source=openai" TargetMode="External"/><Relationship Id="rId13" Type="http://schemas.openxmlformats.org/officeDocument/2006/relationships/hyperlink" Target="https://uk.news.yahoo.com/rupaul-starring-adam-shankman-film-234513908.html" TargetMode="External"/><Relationship Id="rId14" Type="http://schemas.openxmlformats.org/officeDocument/2006/relationships/hyperlink" Target="https://uk.news.yahoo.com/rupaul-starring-adam-shankman-film-234513908.html?utm_source=openai" TargetMode="External"/><Relationship Id="rId15" Type="http://schemas.openxmlformats.org/officeDocument/2006/relationships/hyperlink" Target="https://www.thewrap.com/rupaul-movie-action-comedy-world-of-wonder-bleecker-street/" TargetMode="External"/><Relationship Id="rId16" Type="http://schemas.openxmlformats.org/officeDocument/2006/relationships/hyperlink" Target="https://www.thewrap.com/rupaul-movie-action-comedy-world-of-wonder-bleecker-street/?utm_source=openai" TargetMode="External"/><Relationship Id="rId17" Type="http://schemas.openxmlformats.org/officeDocument/2006/relationships/hyperlink" Target="https://hotspotsmagazine.com/2025/12/01/all-aboard-the-glamazonian-express-first-ever-drag-race-movie-set-to-hit-theaters-in-2026/" TargetMode="External"/><Relationship Id="rId18" Type="http://schemas.openxmlformats.org/officeDocument/2006/relationships/hyperlink" Target="https://hotspotsmagazine.com/2025/12/01/all-aboard-the-glamazonian-express-first-ever-drag-race-movie-set-to-hit-theaters-in-2026/?utm_source=openai" TargetMode="External"/><Relationship Id="rId19" Type="http://schemas.openxmlformats.org/officeDocument/2006/relationships/hyperlink" Target="https://www.krisavalon.com/post/rupaul-s-drag-race-film-gets-official-title-and-2026-release-date" TargetMode="External"/><Relationship Id="rId20" Type="http://schemas.openxmlformats.org/officeDocument/2006/relationships/hyperlink" Target="https://www.krisavalon.com/post/rupaul-s-drag-race-film-gets-official-title-and-2026-release-date?utm_source=openai"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