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Is anyone ready for Straight Pride in San Francisco?</w:t>
      </w:r>
      <w:r/>
    </w:p>
    <w:p>
      <w:r/>
      <w:r/>
    </w:p>
    <w:p>
      <w:r>
        <w:drawing>
          <wp:inline xmlns:a="http://schemas.openxmlformats.org/drawingml/2006/main" xmlns:pic="http://schemas.openxmlformats.org/drawingml/2006/picture">
            <wp:extent cx="5080000" cy="244675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46755"/>
                    </a:xfrm>
                    <a:prstGeom prst="rect"/>
                  </pic:spPr>
                </pic:pic>
              </a:graphicData>
            </a:graphic>
          </wp:inline>
        </w:drawing>
      </w:r>
    </w:p>
    <w:p>
      <w:r/>
      <w:r>
        <w:t>Republican congressional candidate Darren Stallcup [pictured], who is running for the California 11th district seat left open by former House Speaker Nancy Pelosi, has announced plans to organise a Straight Parade in San Francisco in April 2026. Stallcup, a Generation Z Republican, shared this proposal on social media platform X, describing the event as a 'peaceful celebration of love between Man and Woman' and inviting those interested to get in touch with him. A flyer he posted sets the date for the San Francisco Straight Parade as April 19, 2026, and prominently features the slogan Man + Woman = Love.</w:t>
      </w:r>
      <w:r/>
    </w:p>
    <w:p>
      <w:r/>
      <w:r>
        <w:t>San Francisco, known for its longstanding and vibrant LGBTQ+ community, has held its Pride Parade for over 50 years. The event is famed as one of the world’s largest LGBTQ+ celebrations and draws tens of thousands of participants annually. San Francisco Pride 2026 is scheduled for late June, with the parade on June 28, beginning at Market and Beale streets and ending at Market and 8th Street, followed by a festival at Civic Center Plaza. The 2025 Pride events featured over 300 artists and a range of designated areas, including an 18+ zone. The recent parades have garnered media attention not only for their celebratory atmosphere but also for content some have considered explicit or controversial. In 2024, for example, a designated "Fetish Zone" attracted scrutiny due to activities considered scandalous by some observers, alongside concerns about age verification in these areas.</w:t>
      </w:r>
      <w:r/>
    </w:p>
    <w:p>
      <w:r/>
      <w:r>
        <w:t xml:space="preserve">While Stallcup’s announcement marks the first proposed Straight Parade in San Francisco itself, similar events have taken place elsewhere in the United States. Notably, a Straight Pride Parade was held in Boston in 2019, drawing hundreds (not thousands or tens of thousands or hundreds of thousands) of participants who carried American flags and chanted slogans such as 'it's great to be straight' and 'straight lives matter.' [Picture: Instagram]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https://www.westernjournal.com/gen-z-republican-running-pelosis-seat-wants-2026-straight-parade-pride-hq/</w:t>
        </w:r>
      </w:hyperlink>
      <w:r>
        <w:t xml:space="preserve"> - Please view link - unable to able to access data</w:t>
      </w:r>
      <w:r/>
    </w:p>
    <w:p>
      <w:pPr>
        <w:pStyle w:val="ListNumber"/>
        <w:spacing w:line="240" w:lineRule="auto"/>
        <w:ind w:left="720"/>
      </w:pPr>
      <w:r/>
      <w:hyperlink r:id="rId11">
        <w:r>
          <w:rPr>
            <w:color w:val="0000EE"/>
            <w:u w:val="single"/>
          </w:rPr>
          <w:t>https://www.sf.gov/sf-pride-2025</w:t>
        </w:r>
      </w:hyperlink>
      <w:r>
        <w:t xml:space="preserve"> - San Francisco Pride 2025 took place on June 28-29, 2025, featuring a Main Stage, community spaces, an 18+ zone, and an LGBTQ+ street fair with over 300 artists and exhibitors. The Pride Parade began on Sunday, June 29, 2025, at 10 am on Market Street at Embarcadero Plaza, proceeding toward the Pride Celebration, ending around Market and 9th. The theme for 2025 was 'Queer Joy is Resistance'.</w:t>
      </w:r>
      <w:r/>
    </w:p>
    <w:p>
      <w:pPr>
        <w:pStyle w:val="ListNumber"/>
        <w:spacing w:line="240" w:lineRule="auto"/>
        <w:ind w:left="720"/>
      </w:pPr>
      <w:r/>
      <w:hyperlink r:id="rId12">
        <w:r>
          <w:rPr>
            <w:color w:val="0000EE"/>
            <w:u w:val="single"/>
          </w:rPr>
          <w:t>https://www.misterbandb.com/gay-events/united-states/san-francisco/gay-pride</w:t>
        </w:r>
      </w:hyperlink>
      <w:r>
        <w:t xml:space="preserve"> - San Francisco Pride 2026 is scheduled for June 27-28, 2026. The parade will commence on June 28, 2026, at 10:30 am, starting at Market/Beale Street and ending at Market/8th Street. San Francisco Pride is renowned as one of the world's largest LGBTQ+ events, featuring a parade along Market Street and a festival at Civic Center Plaza.</w:t>
      </w:r>
      <w:r/>
    </w:p>
    <w:p>
      <w:pPr>
        <w:pStyle w:val="ListNumber"/>
        <w:spacing w:line="240" w:lineRule="auto"/>
        <w:ind w:left="720"/>
      </w:pPr>
      <w:r/>
      <w:hyperlink r:id="rId13">
        <w:r>
          <w:rPr>
            <w:color w:val="0000EE"/>
            <w:u w:val="single"/>
          </w:rPr>
          <w:t>https://www.goldengate.org/events/san-francisco-pride-parade--celebration-2025/</w:t>
        </w:r>
      </w:hyperlink>
      <w:r>
        <w:t xml:space="preserve"> - The San Francisco Pride Parade &amp; Celebration 2025 was held on Saturday, June 28, and Sunday, June 29, 2025. The parade started at 10 am on Sunday, June 29, traveling from the Embarcadero to Civic Center. The celebration at Civic Center took place on both days from 11 am to 6 pm.</w:t>
      </w:r>
      <w:r/>
    </w:p>
    <w:p>
      <w:pPr>
        <w:pStyle w:val="ListNumber"/>
        <w:spacing w:line="240" w:lineRule="auto"/>
        <w:ind w:left="720"/>
      </w:pPr>
      <w:r/>
      <w:hyperlink r:id="rId14">
        <w:r>
          <w:rPr>
            <w:color w:val="0000EE"/>
            <w:u w:val="single"/>
          </w:rPr>
          <w:t>https://www.sfopera.com/seasons/pride-concert-2026/</w:t>
        </w:r>
      </w:hyperlink>
      <w:r>
        <w:t xml:space="preserve"> - The 2026 Pride Concert, organised by the San Francisco Opera, is scheduled for Friday, June 26, 2026, at 8 pm. The concert will feature the San Francisco Opera Orchestra and guest artists, celebrating LGBTQIA+ composers, performers, and anthems.</w:t>
      </w:r>
      <w:r/>
    </w:p>
    <w:p>
      <w:pPr>
        <w:pStyle w:val="ListNumber"/>
        <w:spacing w:line="240" w:lineRule="auto"/>
        <w:ind w:left="720"/>
      </w:pPr>
      <w:r/>
      <w:hyperlink r:id="rId15">
        <w:r>
          <w:rPr>
            <w:color w:val="0000EE"/>
            <w:u w:val="single"/>
          </w:rPr>
          <w:t>https://www.sfcenter.org/calendar/date/202506/</w:t>
        </w:r>
      </w:hyperlink>
      <w:r>
        <w:t xml:space="preserve"> - The SF LGBT Center has announced the Trans March 2025, scheduled for June 27, 2025, starting at Dolores Park. Additionally, they are organising a parade contingent for the San Francisco Pride Parade on Sunday, June 29, 2025, with assembly at 12 noon.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westernjournal.com/gen-z-republican-running-pelosis-seat-wants-2026-straight-parade-pride-hq/" TargetMode="External"/><Relationship Id="rId11" Type="http://schemas.openxmlformats.org/officeDocument/2006/relationships/hyperlink" Target="https://www.sf.gov/sf-pride-2025" TargetMode="External"/><Relationship Id="rId12" Type="http://schemas.openxmlformats.org/officeDocument/2006/relationships/hyperlink" Target="https://www.misterbandb.com/gay-events/united-states/san-francisco/gay-pride" TargetMode="External"/><Relationship Id="rId13" Type="http://schemas.openxmlformats.org/officeDocument/2006/relationships/hyperlink" Target="https://www.goldengate.org/events/san-francisco-pride-parade--celebration-2025/" TargetMode="External"/><Relationship Id="rId14" Type="http://schemas.openxmlformats.org/officeDocument/2006/relationships/hyperlink" Target="https://www.sfopera.com/seasons/pride-concert-2026/" TargetMode="External"/><Relationship Id="rId15" Type="http://schemas.openxmlformats.org/officeDocument/2006/relationships/hyperlink" Target="https://www.sfcenter.org/calendar/date/2025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