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Are you ready to meet some Messy White Gays?</w:t>
      </w:r>
      <w:r/>
    </w:p>
    <w:p>
      <w:r/>
      <w:r/>
    </w:p>
    <w:p>
      <w:r>
        <w:drawing>
          <wp:inline xmlns:a="http://schemas.openxmlformats.org/drawingml/2006/main" xmlns:pic="http://schemas.openxmlformats.org/drawingml/2006/picture">
            <wp:extent cx="5080000" cy="2451395"/>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51395"/>
                    </a:xfrm>
                    <a:prstGeom prst="rect"/>
                  </pic:spPr>
                </pic:pic>
              </a:graphicData>
            </a:graphic>
          </wp:inline>
        </w:drawing>
      </w:r>
    </w:p>
    <w:p>
      <w:r/>
      <w:r>
        <w:t>A new off-Broadway comedy, Messy White Gays, has quickly become one of the most talked-about shows in the theatre scene. Created by Drew Droege, who has been praised as a sharp, contemporary voice in gay storytelling, the play offers a sharp, satirical look at certain facets of gay life in the city.</w:t>
      </w:r>
      <w:r/>
    </w:p>
    <w:p>
      <w:r/>
      <w:r>
        <w:t>The story is set during a Sunday morning brunch in Hell’s Kitchen, following Brecken and Caden, a wealthy couple who have just murdered their boyfriend and hidden his body in a Jonathan Adler credenza. As they try to maintain a facade of normalcy for their brunch guests, chaos and hilarity ensue. This darkly comic premise unfolds amidst the familiar tensions of throuples breaking down, neighbourhood disputes, and clashes between the rich and the less sensible, capturing the cliches that often accompany urban gay life.</w:t>
      </w:r>
      <w:r/>
    </w:p>
    <w:p>
      <w:r/>
      <w:r>
        <w:t>The show's cast includes James Cusati-Moyer as Brecken, Aaron Jackson as Caden, and Drew Droege himself playing Karl, alongside Zane Phillips and Pete Zias. The production is directed by Mike Donahue and is currently running at The Duke on 42nd Street, New 42 Studios, with performances scheduled through January 11, 2026.</w:t>
      </w:r>
      <w:r/>
    </w:p>
    <w:p>
      <w:r/>
      <w:r>
        <w:t>Critical reception has been overwhelmingly positive. TheatreMania has hailed Messy White Gays as a 'must-see gay comedy of the season and one of the funniest shows of the year,' highlighting its sharp wit and incisive social commentary. Audiences and critics alike have praised the play for its ability to blend biting satire with laugh-out-loud moments, portraying its characters as lavish and insufferably privileged, attributes that only enhance the comedic effect.</w:t>
      </w:r>
      <w:r/>
    </w:p>
    <w:p>
      <w:r/>
      <w:r>
        <w:t xml:space="preserve">The show, which began previews in early October before officially opening in November, is the expansion of a project that initially premiered at Vassar College. Now fully realised on an off-Broadway stage, it offers both LGBTQ+ audiences and theatre-goers a comedic respite rooted in familiar cultural reflections and absurd situations.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https://nj1015.com/ixp/942/p/messy-white-gays-opens/</w:t>
        </w:r>
      </w:hyperlink>
      <w:r>
        <w:t xml:space="preserve"> - Please view link - unable to able to access data</w:t>
      </w:r>
      <w:r/>
    </w:p>
    <w:p>
      <w:pPr>
        <w:pStyle w:val="ListNumber"/>
        <w:spacing w:line="240" w:lineRule="auto"/>
        <w:ind w:left="720"/>
      </w:pPr>
      <w:r/>
      <w:hyperlink r:id="rId11">
        <w:r>
          <w:rPr>
            <w:color w:val="0000EE"/>
            <w:u w:val="single"/>
          </w:rPr>
          <w:t>https://www.tdf.org/shows/21512/messy-white-gays</w:t>
        </w:r>
      </w:hyperlink>
      <w:r>
        <w:t xml:space="preserve"> - 'Messy White Gays' is an off-Broadway comedy by Drew Droege, running at The Duke on 42nd Street in New York City. The play follows Brecken and Caden, a couple who have just murdered their boyfriend and hidden his body in a Jonathan Adler credenza, all while hosting friends for brunch. The show began previews on October 6, 2025, opened on November 2, 2025, and is scheduled to run through January 11, 2026. The cast includes James Cusati-Moyer as Brecken, Drew Droege as Karl, Aaron Jackson as Caden, Zane Phillips as Addison, and Pete Zias as Thacker. The production is directed by Mike Donahue. (</w:t>
      </w:r>
      <w:hyperlink r:id="rId12">
        <w:r>
          <w:rPr>
            <w:color w:val="0000EE"/>
            <w:u w:val="single"/>
          </w:rPr>
          <w:t>tdf.org</w:t>
        </w:r>
      </w:hyperlink>
      <w:r>
        <w:t>)</w:t>
      </w:r>
      <w:r/>
    </w:p>
    <w:p>
      <w:pPr>
        <w:pStyle w:val="ListNumber"/>
        <w:spacing w:line="240" w:lineRule="auto"/>
        <w:ind w:left="720"/>
      </w:pPr>
      <w:r/>
      <w:hyperlink r:id="rId13">
        <w:r>
          <w:rPr>
            <w:color w:val="0000EE"/>
            <w:u w:val="single"/>
          </w:rPr>
          <w:t>https://www.timeout.com/newyork/theater/messy-white-gays</w:t>
        </w:r>
      </w:hyperlink>
      <w:r>
        <w:t xml:space="preserve"> - 'Messy White Gays' is a new comedy by Drew Droege, known for his online impersonations of Chloë Sevigny. The play imagines a Hell's Kitchen brunch hosted by a gay couple who have just killed their boyfriend and hidden his body in the furniture. Directed by Mike Donahue, the production features a cast of gay entertainers, including Droege, Aaron Jackson, James Cusati-Moyer, Pete Zias, and Zane Phillips. The show runs at The Duke on 42nd Street, with performances from November 12, 2025, to January 11, 2026. (</w:t>
      </w:r>
      <w:hyperlink r:id="rId14">
        <w:r>
          <w:rPr>
            <w:color w:val="0000EE"/>
            <w:u w:val="single"/>
          </w:rPr>
          <w:t>timeout.com</w:t>
        </w:r>
      </w:hyperlink>
      <w:r>
        <w:t>)</w:t>
      </w:r>
      <w:r/>
    </w:p>
    <w:p>
      <w:pPr>
        <w:pStyle w:val="ListNumber"/>
        <w:spacing w:line="240" w:lineRule="auto"/>
        <w:ind w:left="720"/>
      </w:pPr>
      <w:r/>
      <w:hyperlink r:id="rId15">
        <w:r>
          <w:rPr>
            <w:color w:val="0000EE"/>
            <w:u w:val="single"/>
          </w:rPr>
          <w:t>https://allticketsinc.com/shows/messy-white-gays/</w:t>
        </w:r>
      </w:hyperlink>
      <w:r>
        <w:t xml:space="preserve"> - 'Messy White Gays' is an off-Broadway play by Drew Droege, running at The Duke on 42nd Street in New York City. The show follows Brecken and Caden, a couple who have just murdered their boyfriend and hidden his body in a Jonathan Adler credenza, all while hosting friends for brunch. The play began previews on October 6, 2025, opened on November 2, 2025, and is scheduled to run through January 11, 2026. The cast includes James Cusati-Moyer as Brecken, Drew Droege as Karl, Aaron Jackson as Caden, Zane Phillips as Addison, and Pete Zias as Thacker. The production is directed by Mike Donahue. (</w:t>
      </w:r>
      <w:hyperlink r:id="rId16">
        <w:r>
          <w:rPr>
            <w:color w:val="0000EE"/>
            <w:u w:val="single"/>
          </w:rPr>
          <w:t>allticketsinc.com</w:t>
        </w:r>
      </w:hyperlink>
      <w:r>
        <w:t>)</w:t>
      </w:r>
      <w:r/>
    </w:p>
    <w:p>
      <w:pPr>
        <w:pStyle w:val="ListNumber"/>
        <w:spacing w:line="240" w:lineRule="auto"/>
        <w:ind w:left="720"/>
      </w:pPr>
      <w:r/>
      <w:hyperlink r:id="rId17">
        <w:r>
          <w:rPr>
            <w:color w:val="0000EE"/>
            <w:u w:val="single"/>
          </w:rPr>
          <w:t>https://www.broadwayinbound.com/shows/messy-white-gays</w:t>
        </w:r>
      </w:hyperlink>
      <w:r>
        <w:t xml:space="preserve"> - 'Messy White Gays' is an off-Broadway comedy by Drew Droege, running at The Duke on 42nd Street in New York City. The play follows Brecken and Caden, a couple who have just murdered their boyfriend and hidden his body in a Jonathan Adler credenza, all while hosting friends for brunch. The show began previews on October 6, 2025, opened on November 2, 2025, and is scheduled to run through January 11, 2026. The cast includes James Cusati-Moyer as Brecken, Drew Droege as Karl, Aaron Jackson as Caden, Zane Phillips as Addison, and Pete Zias as Thacker. The production is directed by Mike Donahue. (</w:t>
      </w:r>
      <w:hyperlink r:id="rId18">
        <w:r>
          <w:rPr>
            <w:color w:val="0000EE"/>
            <w:u w:val="single"/>
          </w:rPr>
          <w:t>broadwayinbound.com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nj1015.com/ixp/942/p/messy-white-gays-opens/" TargetMode="External"/><Relationship Id="rId11" Type="http://schemas.openxmlformats.org/officeDocument/2006/relationships/hyperlink" Target="https://www.tdf.org/shows/21512/messy-white-gays" TargetMode="External"/><Relationship Id="rId12" Type="http://schemas.openxmlformats.org/officeDocument/2006/relationships/hyperlink" Target="https://www.tdf.org/shows/21512/messy-white-gays?utm_source=openai" TargetMode="External"/><Relationship Id="rId13" Type="http://schemas.openxmlformats.org/officeDocument/2006/relationships/hyperlink" Target="https://www.timeout.com/newyork/theater/messy-white-gays" TargetMode="External"/><Relationship Id="rId14" Type="http://schemas.openxmlformats.org/officeDocument/2006/relationships/hyperlink" Target="https://www.timeout.com/newyork/theater/messy-white-gays?utm_source=openai" TargetMode="External"/><Relationship Id="rId15" Type="http://schemas.openxmlformats.org/officeDocument/2006/relationships/hyperlink" Target="https://allticketsinc.com/shows/messy-white-gays/" TargetMode="External"/><Relationship Id="rId16" Type="http://schemas.openxmlformats.org/officeDocument/2006/relationships/hyperlink" Target="https://allticketsinc.com/shows/messy-white-gays/?utm_source=openai" TargetMode="External"/><Relationship Id="rId17" Type="http://schemas.openxmlformats.org/officeDocument/2006/relationships/hyperlink" Target="https://www.broadwayinbound.com/shows/messy-white-gays" TargetMode="External"/><Relationship Id="rId18" Type="http://schemas.openxmlformats.org/officeDocument/2006/relationships/hyperlink" Target="https://www.broadwayinbound.com/shows/messy-white-gays?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