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What happens when your dad turns out to be a Trump supporter... Lady Gaga</w:t>
      </w:r>
      <w:r/>
    </w:p>
    <w:p>
      <w:r/>
      <w:r/>
    </w:p>
    <w:p>
      <w:r>
        <w:drawing>
          <wp:inline xmlns:a="http://schemas.openxmlformats.org/drawingml/2006/main" xmlns:pic="http://schemas.openxmlformats.org/drawingml/2006/picture">
            <wp:extent cx="5080000" cy="320636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206367"/>
                    </a:xfrm>
                    <a:prstGeom prst="rect"/>
                  </pic:spPr>
                </pic:pic>
              </a:graphicData>
            </a:graphic>
          </wp:inline>
        </w:drawing>
      </w:r>
    </w:p>
    <w:p>
      <w:r/>
      <w:r>
        <w:t>Lady Gaga has discussed the challenges of navigating her relationship with her father, Joe Germanotta, given their starkly opposing political views. In a recent interview with Rolling Stone, the pop icon opened up about how difficult it has been to reconcile her progressive stances with her father's conservative leanings. Gaga, who actively campaigned for Kamala Harris in the 2024 election, revealed that she tries to concentrate on the familial bond beyond their political disagreements. 'As everyone knows, that is hard. We’re a family, just like all families,' she said, highlighting that the tension between them is deeply personal yet familiar to many.</w:t>
      </w:r>
      <w:r/>
    </w:p>
    <w:p>
      <w:r/>
      <w:r>
        <w:t>Joe Germanotta, a restaurateur and self-described 'open-minded Republican,' has publicly supported Donald Trump, making several appearances on Fox News where he voiced his concerns about Democratic politicians like Zohran Mamdani and Kamala Harris. Germanotta criticized Mamdani’s recent New York City mayoral win as a 'nightmare' and expressed nervousness about the city’s direction under such leadership. However, despite his conservative stance, Germanotta insists on his support for the LGBTQ+ community, evidenced by the weekly drag performances hosted at his restaurant, Joanne’s Trattoria, named in honour of Gaga’s late aunt. He openly embraces drag as a form of artistry, demonstrating an uncommon blend of traditional conservative values with cultural progressiveness.</w:t>
      </w:r>
      <w:r/>
    </w:p>
    <w:p>
      <w:r/>
      <w:r>
        <w:t>This dynamic tension between Gaga and her father is underscored not only by politics but also by their contrasting life philosophies. Gaga reflected on her younger self’s attraction to a 'live-fast, die-young mentality' similar to her father's, which she suggests contributed to challenges in her past relationships. In contrast, her fiancé, Michael Polansky, a venture capitalist, presents a different, steadier influence. Germanotta reportedly gave his blessing to Polansky, marking a shift in their family dynamics. Gaga noted that her father’s worry for her has lessened, a change that brings her comfort. Together, Gaga and Polansky are looking towards building a family, inspired in part by the example of Elton John and David Furnish, whose children are Gaga’s godsons. Polansky emphasised that Gaga’s artistic life will remain fully integrated with her role as a mother and partner, rather than compartmentalised.</w:t>
      </w:r>
      <w:r/>
    </w:p>
    <w:p>
      <w:r/>
      <w:r>
        <w:t xml:space="preserve">While their political disagreements may create friction, both Lady Gaga and her father continue to uphold their familial connection, rooted in love and mutual respect. Germanotta’s public defence of LGBTQ+ culture alongside his conservative political identity adds a layer of complexity to their relationship, exemplifying how personal and political boundaries often blur within families. As Gaga’s star continues to shine with her recent Grammy nominations for "Mayhem" and her vocal political activism, the ongoing dialogue with her father reflects a broader narrative about finding common ground amid division.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https://www.queerty.com/lady-gaga-vs-her-trmp-loving-dad-its-hard-she-says-we-stan-honesty-20251113/</w:t>
        </w:r>
      </w:hyperlink>
      <w:r>
        <w:t xml:space="preserve"> - Please view link - unable to able to access data</w:t>
      </w:r>
      <w:r/>
    </w:p>
    <w:p>
      <w:pPr>
        <w:pStyle w:val="ListNumber"/>
        <w:spacing w:line="240" w:lineRule="auto"/>
        <w:ind w:left="720"/>
      </w:pPr>
      <w:r/>
      <w:hyperlink r:id="rId10">
        <w:r>
          <w:rPr>
            <w:color w:val="0000EE"/>
            <w:u w:val="single"/>
          </w:rPr>
          <w:t>https://www.queerty.com/lady-gaga-vs-her-trmp-loving-dad-its-hard-she-says-we-stan-honesty-20251113/</w:t>
        </w:r>
      </w:hyperlink>
      <w:r>
        <w:t xml:space="preserve"> - An article discussing Lady Gaga's strained relationship with her father, Joe Germanotta, due to their differing political views. Gaga supported Kamala Harris in the 2024 election, while Germanotta endorsed Donald Trump. Despite their disagreements, Gaga focuses on their familial bond beyond politics. Germanotta, an 'open-minded Republican,' supports the LGBTQ+ community and hosts weekly drag performances at his restaurant, Joanne's Trattoria. He expressed concerns over Zohran Mamdani's New York City mayoral win, calling it a 'nightmare.' Gaga's fiancé, Michael Polansky, contrasts with her father's 'live-fast, die-young' mentality, offering a different perspective in her life.</w:t>
      </w:r>
      <w:r/>
    </w:p>
    <w:p>
      <w:pPr>
        <w:pStyle w:val="ListNumber"/>
        <w:spacing w:line="240" w:lineRule="auto"/>
        <w:ind w:left="720"/>
      </w:pPr>
      <w:r/>
      <w:hyperlink r:id="rId11">
        <w:r>
          <w:rPr>
            <w:color w:val="0000EE"/>
            <w:u w:val="single"/>
          </w:rPr>
          <w:t>https://www.yahoo.com/news/lady-gaga-dad-opens-political-160038904.html</w:t>
        </w:r>
      </w:hyperlink>
      <w:r>
        <w:t xml:space="preserve"> - An article detailing Joe Germanotta's political differences with his daughter, Lady Gaga. Germanotta, a self-described 'open-minded Republican,' supports the LGBTQ+ community and hosts weekly drag performances at his restaurant, Joanne's Trattoria. He expressed concerns over Kamala Harris's potential impact on New York City's economy and praised Donald Trump's policies. Despite their differing views, Germanotta remains proud of his daughter's success and commitment to her beliefs.</w:t>
      </w:r>
      <w:r/>
    </w:p>
    <w:p>
      <w:pPr>
        <w:pStyle w:val="ListNumber"/>
        <w:spacing w:line="240" w:lineRule="auto"/>
        <w:ind w:left="720"/>
      </w:pPr>
      <w:r/>
      <w:hyperlink r:id="rId12">
        <w:r>
          <w:rPr>
            <w:color w:val="0000EE"/>
            <w:u w:val="single"/>
          </w:rPr>
          <w:t>https://www.aol.com/lady-gaga-dad-reveals-relationship-195516870.html</w:t>
        </w:r>
      </w:hyperlink>
      <w:r>
        <w:t xml:space="preserve"> - An article highlighting the strained relationship between Lady Gaga and her father, Joe Germanotta, due to their opposing political stances. Germanotta endorsed Donald Trump, while Gaga supported Kamala Harris. Despite the tension, Germanotta remains optimistic about mending their relationship and emphasizes his support for the LGBTQ+ community and drag artistry, which is showcased at his restaurant, Joanne's Trattoria.</w:t>
      </w:r>
      <w:r/>
    </w:p>
    <w:p>
      <w:pPr>
        <w:pStyle w:val="ListNumber"/>
        <w:spacing w:line="240" w:lineRule="auto"/>
        <w:ind w:left="720"/>
      </w:pPr>
      <w:r/>
      <w:hyperlink r:id="rId13">
        <w:r>
          <w:rPr>
            <w:color w:val="0000EE"/>
            <w:u w:val="single"/>
          </w:rPr>
          <w:t>https://www.musictimes.com/articles/106280/20241109/lady-gagas-dad-reveals-tensions-over-politics-after-supporting-trump-while-she-backed-harris.htm</w:t>
        </w:r>
      </w:hyperlink>
      <w:r>
        <w:t xml:space="preserve"> - An article discussing the political tensions between Lady Gaga and her father, Joe Germanotta. Germanotta endorsed Donald Trump, while Gaga supported Kamala Harris. Despite their differences, Germanotta expresses hope for healing within the family post-election and emphasizes his support for the LGBTQ+ community and drag performances at his restaurant, Joanne's Trattoria.</w:t>
      </w:r>
      <w:r/>
    </w:p>
    <w:p>
      <w:pPr>
        <w:pStyle w:val="ListNumber"/>
        <w:spacing w:line="240" w:lineRule="auto"/>
        <w:ind w:left="720"/>
      </w:pPr>
      <w:r/>
      <w:hyperlink r:id="rId14">
        <w:r>
          <w:rPr>
            <w:color w:val="0000EE"/>
            <w:u w:val="single"/>
          </w:rPr>
          <w:t>https://www.standard.co.uk/showbiz/lady-gaga-dad-endorses-donald-trump-elon-musk-kamala-harris-b1183132.html</w:t>
        </w:r>
      </w:hyperlink>
      <w:r>
        <w:t xml:space="preserve"> - An article covering Joe Germanotta's endorsement of Donald Trump and his criticism of Kamala Harris. Germanotta, a restaurateur and father of Lady Gaga, praises Trump's policies and expresses concerns over Harris's potential impact on New York City's economy. Despite his support for Trump, Germanotta emphasizes his support for the LGBTQ+ community and drag performances at his restaurant, Joanne's Trattoria.</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lady-gaga-vs-her-trmp-loving-dad-its-hard-she-says-we-stan-honesty-20251113/" TargetMode="External"/><Relationship Id="rId11" Type="http://schemas.openxmlformats.org/officeDocument/2006/relationships/hyperlink" Target="https://www.yahoo.com/news/lady-gaga-dad-opens-political-160038904.html" TargetMode="External"/><Relationship Id="rId12" Type="http://schemas.openxmlformats.org/officeDocument/2006/relationships/hyperlink" Target="https://www.aol.com/lady-gaga-dad-reveals-relationship-195516870.html" TargetMode="External"/><Relationship Id="rId13" Type="http://schemas.openxmlformats.org/officeDocument/2006/relationships/hyperlink" Target="https://www.musictimes.com/articles/106280/20241109/lady-gagas-dad-reveals-tensions-over-politics-after-supporting-trump-while-she-backed-harris.htm" TargetMode="External"/><Relationship Id="rId14" Type="http://schemas.openxmlformats.org/officeDocument/2006/relationships/hyperlink" Target="https://www.standard.co.uk/showbiz/lady-gaga-dad-endorses-donald-trump-elon-musk-kamala-harris-b1183132.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