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Y/Con festival rounds up the best of queer storytelling</w:t>
      </w:r>
      <w:r/>
    </w:p>
    <w:p>
      <w:r/>
      <w:r/>
    </w:p>
    <w:p>
      <w:r>
        <w:drawing>
          <wp:inline xmlns:a="http://schemas.openxmlformats.org/drawingml/2006/main" xmlns:pic="http://schemas.openxmlformats.org/drawingml/2006/picture">
            <wp:extent cx="5080000" cy="254337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543373"/>
                    </a:xfrm>
                    <a:prstGeom prst="rect"/>
                  </pic:spPr>
                </pic:pic>
              </a:graphicData>
            </a:graphic>
          </wp:inline>
        </w:drawing>
      </w:r>
    </w:p>
    <w:p>
      <w:r/>
      <w:r>
        <w:t>This weekend marks the arrival of the 11th edition of Y/Con, a convention devoted exclusively to homo-fictions, taking place at Paris Montreuil Expo. As an event that has steadily grown to become a landmark for the LGBTQ+ community and enthusiasts of queer storytelling, Y/Con provides a unique platform dedicated to celebrating and exploring narratives centred on LGBTQ+ experiences.</w:t>
      </w:r>
      <w:r/>
    </w:p>
    <w:p>
      <w:r/>
      <w:r>
        <w:t>The convention promises a diverse programme over its two days, welcoming approximately 6,000 visitors within its expansive 6,200 square metre space filled with 220 exhibitors. Attendees will be able to engage with a variety of activities including conferences such as How to Create a Popular Webtoon and explorations of the Yuri genre both in France and internationally. Additionally, the schedule features quizzes, masterclasses, and live drawing sessions, providing a mix of educational and interactive moments that cater to both fans and creators alike.</w:t>
      </w:r>
      <w:r/>
    </w:p>
    <w:p>
      <w:r/>
      <w:r>
        <w:t>Among the highlight guests are Mingwa, the creator behind the popular webtoon BJ Alex, and Rutile, known for the work Colossale. Their presence underscores the calibre of talent that Y/Con attracts, bringing international flair and expert insight into the world of homo-fiction comics and storytelling. The event also features discussions and workshops led by authors, illustrators, and other industry professionals, offering a rare opportunity to delve deep into this often underrepresented genre.</w:t>
      </w:r>
      <w:r/>
    </w:p>
    <w:p>
      <w:r/>
      <w:r>
        <w:t xml:space="preserve">Y/Con is not only a cultural hub but also a shopping destination for exclusive collectibles and memorabilia. For example, Akata, a publisher renowned for championing diverse homo-fiction works, is preparing exclusive goodies for the convention’s visitors. This involvement highlights the growing support within publishing circles for queer narratives, enhancing both visibility and access for readers passionate about this genre.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https://animeland.fr/2025/11/13/la-11e-edition-de-la-convention-y-con-commence-a-paris-ce-week-end/</w:t>
        </w:r>
      </w:hyperlink>
      <w:r>
        <w:t xml:space="preserve"> - Please view link - unable to able to access data</w:t>
      </w:r>
      <w:r/>
    </w:p>
    <w:p>
      <w:pPr>
        <w:pStyle w:val="ListNumber"/>
        <w:spacing w:line="240" w:lineRule="auto"/>
        <w:ind w:left="720"/>
      </w:pPr>
      <w:r/>
      <w:hyperlink r:id="rId11">
        <w:r>
          <w:rPr>
            <w:color w:val="0000EE"/>
            <w:u w:val="single"/>
          </w:rPr>
          <w:t>https://y-con-france.com/</w:t>
        </w:r>
      </w:hyperlink>
      <w:r>
        <w:t xml:space="preserve"> - The official website of Y/CON, the convention dedicated to homo-fictions, provides comprehensive information about the 11th edition scheduled for 15 &amp; 16 November 2025 at Paris Montreuil Expo. The site details the event's location, ticketing information, and the expected attendance of 6,000 visitors across 6,200 m² with 220 exhibitors. It also highlights the diverse programme, including animations, guest appearances, and signings. For the latest updates and news, visitors are encouraged to follow the official website.</w:t>
      </w:r>
      <w:r/>
    </w:p>
    <w:p>
      <w:pPr>
        <w:pStyle w:val="ListNumber"/>
        <w:spacing w:line="240" w:lineRule="auto"/>
        <w:ind w:left="720"/>
      </w:pPr>
      <w:r/>
      <w:hyperlink r:id="rId12">
        <w:r>
          <w:rPr>
            <w:color w:val="0000EE"/>
            <w:u w:val="single"/>
          </w:rPr>
          <w:t>https://www.rom-game.fr/agenda/7258-Y%2BCON.html</w:t>
        </w:r>
      </w:hyperlink>
      <w:r>
        <w:t xml:space="preserve"> - ROM Game's agenda page offers an overview of Y/CON 2025, emphasizing its status as the only French convention dedicated to homo-fictions. The page outlines the event's rich and varied programme, featuring conferences, workshops, and discussions with international guests. It also mentions the presence of professional stands and prestigious guests, including authors, illustrators, and creators. The event is set to take place on 15 &amp; 16 November 2025 at Paris Montreuil Expo, with additional information available on their Facebook page.</w:t>
      </w:r>
      <w:r/>
    </w:p>
    <w:p>
      <w:pPr>
        <w:pStyle w:val="ListNumber"/>
        <w:spacing w:line="240" w:lineRule="auto"/>
        <w:ind w:left="720"/>
      </w:pPr>
      <w:r/>
      <w:hyperlink r:id="rId13">
        <w:r>
          <w:rPr>
            <w:color w:val="0000EE"/>
            <w:u w:val="single"/>
          </w:rPr>
          <w:t>https://y-con-france.com/news/la-billetterie-y-con-11-ouvre-bientot/</w:t>
        </w:r>
      </w:hyperlink>
      <w:r>
        <w:t xml:space="preserve"> - This news update from Y/CON announces the upcoming opening of ticket sales for the 11th edition of the convention, scheduled for 15 &amp; 16 November 2025 at Paris Montreuil Expo. The announcement also highlights the Y/CON Summer Party, taking place on 17 &amp; 18 May 2025 at Double Mixte in Lyon. Attendees are encouraged to stay connected and check the website regularly for updates on ticket availability and event details.</w:t>
      </w:r>
      <w:r/>
    </w:p>
    <w:p>
      <w:pPr>
        <w:pStyle w:val="ListNumber"/>
        <w:spacing w:line="240" w:lineRule="auto"/>
        <w:ind w:left="720"/>
      </w:pPr>
      <w:r/>
      <w:hyperlink r:id="rId14">
        <w:r>
          <w:rPr>
            <w:color w:val="0000EE"/>
            <w:u w:val="single"/>
          </w:rPr>
          <w:t>https://www.parismontreuilexpo.com/</w:t>
        </w:r>
      </w:hyperlink>
      <w:r>
        <w:t xml:space="preserve"> - Paris Montreuil Expo is the venue for Y/CON 11, located at 128 Rue de Paris, 93100 Montreuil. The venue is praised for its spacious and airy environment, offering a versatile space suitable for various events. Visitors appreciate the professional and attentive staff, as well as the convenient proximity to Paris and public transportation. The venue's design allows for diverse activities, including commercial and cultural events, making it an ideal location for conventions like Y/CON.</w:t>
      </w:r>
      <w:r/>
    </w:p>
    <w:p>
      <w:pPr>
        <w:pStyle w:val="ListNumber"/>
        <w:spacing w:line="240" w:lineRule="auto"/>
        <w:ind w:left="720"/>
      </w:pPr>
      <w:r/>
      <w:hyperlink r:id="rId15">
        <w:r>
          <w:rPr>
            <w:color w:val="0000EE"/>
            <w:u w:val="single"/>
          </w:rPr>
          <w:t>https://twitter.com/YConFrance</w:t>
        </w:r>
      </w:hyperlink>
      <w:r>
        <w:t xml:space="preserve"> - The official Twitter account of Y/CON France provides real-time updates and news about the convention. Followers can stay informed about the latest announcements, guest appearances, and programme details. The account serves as a primary source for timely information and engages with the community through regular posts and interactions. It's an essential resource for those planning to attend Y/CON 11 and seeking the most current information.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animeland.fr/2025/11/13/la-11e-edition-de-la-convention-y-con-commence-a-paris-ce-week-end/" TargetMode="External"/><Relationship Id="rId11" Type="http://schemas.openxmlformats.org/officeDocument/2006/relationships/hyperlink" Target="https://y-con-france.com/" TargetMode="External"/><Relationship Id="rId12" Type="http://schemas.openxmlformats.org/officeDocument/2006/relationships/hyperlink" Target="https://www.rom-game.fr/agenda/7258-Y%2BCON.html" TargetMode="External"/><Relationship Id="rId13" Type="http://schemas.openxmlformats.org/officeDocument/2006/relationships/hyperlink" Target="https://y-con-france.com/news/la-billetterie-y-con-11-ouvre-bientot/" TargetMode="External"/><Relationship Id="rId14" Type="http://schemas.openxmlformats.org/officeDocument/2006/relationships/hyperlink" Target="https://www.parismontreuilexpo.com/" TargetMode="External"/><Relationship Id="rId15" Type="http://schemas.openxmlformats.org/officeDocument/2006/relationships/hyperlink" Target="https://twitter.com/YConFr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