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Oh. What. Fun. - a new Christmas film - makes you wonder where all the gay characters usually are in these things</w:t>
      </w:r>
      <w:r/>
    </w:p>
    <w:p>
      <w:r/>
      <w:r/>
    </w:p>
    <w:p>
      <w:r>
        <w:drawing>
          <wp:inline xmlns:a="http://schemas.openxmlformats.org/drawingml/2006/main" xmlns:pic="http://schemas.openxmlformats.org/drawingml/2006/picture">
            <wp:extent cx="5080000" cy="247826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78264"/>
                    </a:xfrm>
                    <a:prstGeom prst="rect"/>
                  </pic:spPr>
                </pic:pic>
              </a:graphicData>
            </a:graphic>
          </wp:inline>
        </w:drawing>
      </w:r>
    </w:p>
    <w:p>
      <w:r/>
      <w:r>
        <w:t>The upcoming holiday comedy film Oh. What. Fun., set to premiere on Prime Video on December 3, 2025, introduces a fresh LGBTQ+ character to the roster of Christmas movie narratives, a relatively rare occurrence in this traditionally heteronormative genre. The film stars Michelle Pfeiffer as Claire Clauster, an overworked mother and grandmother preparing for her family's festive season, who finds herself sidelined by her family’s holiday plans. Chloë Grace Moretz plays Taylor, Claire’s daughter, who casually mentions having a vegan girlfriend during the family’s Christmas dinner preparations, a subtle nod to queer representation within the family comedy format.</w:t>
      </w:r>
      <w:r/>
    </w:p>
    <w:p>
      <w:r/>
      <w:r>
        <w:t>The inclusion of Taylor’s vegan girlfriend, although only briefly referenced in the trailer rather than fully introduced on screen, signals a broader move toward normalising LGBTQ+ identities in mainstream holiday films. Alongside Moretz, queer actors Devery Jacobs and Havana Rose Liu also feature in the cast, though their characters’ roles within the large Clauster family remain unclear. This limited but notable presence of queer characters within a big family setting is reflective of real-life dynamics, where large families statistically include LGBTQ+ members, yet such representations have historically been scarce in holiday-themed movies.</w:t>
      </w:r>
      <w:r/>
    </w:p>
    <w:p>
      <w:r/>
      <w:r>
        <w:t>The narrative centralises Claire’s journey as she adventures solo to Eva Longoria’s talk show to enter a festive dance contest after being left behind by her family, highlighting the everyday heroes of the season, particularly mothers whose efforts often go unrecognised. This theme aligns with the film’s promotional framing as a comedy balancing heartfelt family moments with light, festive chaos. The movie also boasts an original song by Gwen Stefani, underscoring its celebration of holiday spirit.</w:t>
      </w:r>
      <w:r/>
    </w:p>
    <w:p>
      <w:r/>
      <w:r>
        <w:t xml:space="preserve">Oh. What. Fun. is directed by Michael Showalter and written by Chandler Baker, with production focusing on a warm, inclusive family story that lightly threads in LGBTQ+ presence rather than positioning it as a central plot element. Industry observers have remarked that while the film’s queer representation is not foregrounded, its inclusion enriches the genre’s diversity inch by inch, especially in holiday movies where queer characters have historically been underrepresented. This year, audiences also look forward to other queer-themed holiday stories such as The Christmas Baby, featuring Kat Barrell and Ali Liebert, indicating a gradual, welcome increase in queer-centred festive films.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https://www.autostraddle.com/chloe-grace-moretz-has-a-vegan-girlfriend-in-upcoming-holiday-movie/?utm_source=rss&amp;utm_medium=rss&amp;utm_campaign=chloe-grace-moretz-has-a-vegan-girlfriend-in-upcoming-holiday-movie</w:t>
        </w:r>
      </w:hyperlink>
      <w:r>
        <w:t xml:space="preserve"> - Please view link - unable to able to access data</w:t>
      </w:r>
      <w:r/>
    </w:p>
    <w:p>
      <w:pPr>
        <w:pStyle w:val="ListNumber"/>
        <w:spacing w:line="240" w:lineRule="auto"/>
        <w:ind w:left="720"/>
      </w:pPr>
      <w:r/>
      <w:hyperlink r:id="rId11">
        <w:r>
          <w:rPr>
            <w:color w:val="0000EE"/>
            <w:u w:val="single"/>
          </w:rPr>
          <w:t>https://www.autostraddle.com/chloe-grace-moretz-has-a-vegan-girlfriend-in-upcoming-holiday-movie/</w:t>
        </w:r>
      </w:hyperlink>
      <w:r>
        <w:t xml:space="preserve"> - The article discusses the upcoming holiday comedy film 'Oh. What. Fun.' featuring Chloë Grace Moretz as Taylor, who introduces her vegan girlfriend to her family during Christmas dinner preparations. The film also stars Michelle Pfeiffer as Claire, Taylor's mother, and includes other queer actors like Devery Jacobs and Havana Rose Liu. The piece highlights the inclusion of LGBTQ+ characters in holiday films and the importance of representation in family-oriented movies.</w:t>
      </w:r>
      <w:r/>
    </w:p>
    <w:p>
      <w:pPr>
        <w:pStyle w:val="ListNumber"/>
        <w:spacing w:line="240" w:lineRule="auto"/>
        <w:ind w:left="720"/>
      </w:pPr>
      <w:r/>
      <w:hyperlink r:id="rId12">
        <w:r>
          <w:rPr>
            <w:color w:val="0000EE"/>
            <w:u w:val="single"/>
          </w:rPr>
          <w:t>https://en.wikipedia.org/wiki/Oh._What._Fun.</w:t>
        </w:r>
      </w:hyperlink>
      <w:r>
        <w:t xml:space="preserve"> - This Wikipedia page provides detailed information about 'Oh. What. Fun.', an American Christmas comedy film directed by Michael Showalter. The film stars Michelle Pfeiffer, Felicity Jones, Chloë Grace Moretz, and others. It is scheduled for release on December 3, 2025. The plot revolves around Claire Clauster, portrayed by Pfeiffer, who is the central figure in her family's holiday celebrations. The page also includes information about the cast, production, and references.</w:t>
      </w:r>
      <w:r/>
    </w:p>
    <w:p>
      <w:pPr>
        <w:pStyle w:val="ListNumber"/>
        <w:spacing w:line="240" w:lineRule="auto"/>
        <w:ind w:left="720"/>
      </w:pPr>
      <w:r/>
      <w:hyperlink r:id="rId13">
        <w:r>
          <w:rPr>
            <w:color w:val="0000EE"/>
            <w:u w:val="single"/>
          </w:rPr>
          <w:t>https://www.pressparty.com/pg/newsdesk/AmazonPrimeVideo/view/498334/</w:t>
        </w:r>
      </w:hyperlink>
      <w:r>
        <w:t xml:space="preserve"> - This press release announces the premiere of 'Oh. What. Fun.' on Prime Video on December 3, 2025. The film stars Michelle Pfeiffer as Claire Clauster, who is the glue holding her family together during the holiday season. The release highlights the film's focus on Claire's journey as she embarks on a festive adventure after being forgotten by her family. The press release also mentions the inclusion of an original song by Gwen Stefani.</w:t>
      </w:r>
      <w:r/>
    </w:p>
    <w:p>
      <w:pPr>
        <w:pStyle w:val="ListNumber"/>
        <w:spacing w:line="240" w:lineRule="auto"/>
        <w:ind w:left="720"/>
      </w:pPr>
      <w:r/>
      <w:hyperlink r:id="rId14">
        <w:r>
          <w:rPr>
            <w:color w:val="0000EE"/>
            <w:u w:val="single"/>
          </w:rPr>
          <w:t>https://keithlovesmovies.com/2025/11/06/oh-what-fun-official-trailer/</w:t>
        </w:r>
      </w:hyperlink>
      <w:r>
        <w:t xml:space="preserve"> - This article discusses the official trailer for 'Oh. What. Fun.', a holiday comedy film starring Michelle Pfeiffer, Felicity Jones, and Eva Longoria. The film is set to premiere globally on Prime Video on December 3, 2025. The article provides insights into the film's plot, cast, and the inclusion of an original song by Gwen Stefani. It also highlights the film's focus on the unsung heroes of the holiday season—mothers.</w:t>
      </w:r>
      <w:r/>
    </w:p>
    <w:p>
      <w:pPr>
        <w:pStyle w:val="ListNumber"/>
        <w:spacing w:line="240" w:lineRule="auto"/>
        <w:ind w:left="720"/>
      </w:pPr>
      <w:r/>
      <w:hyperlink r:id="rId15">
        <w:r>
          <w:rPr>
            <w:color w:val="0000EE"/>
            <w:u w:val="single"/>
          </w:rPr>
          <w:t>https://collider.com/chloe-grace-moretz-dominic-sessa-cast-oh-what-fun/</w:t>
        </w:r>
      </w:hyperlink>
      <w:r>
        <w:t xml:space="preserve"> - This article reports on the casting of Chloë Grace Moretz and Dominic Sessa in the upcoming holiday comedy 'Oh. What. Fun.' The film, directed by Michael Showalter, also stars Michelle Pfeiffer. The article provides details about the film's premise, which involves Claire Clauster preparing a special Christmas dinner for her family, only to be forgotten by them. The piece also mentions the involvement of Chandler Baker in writing the script.</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autostraddle.com/chloe-grace-moretz-has-a-vegan-girlfriend-in-upcoming-holiday-movie/?utm_source=rss&amp;utm_medium=rss&amp;utm_campaign=chloe-grace-moretz-has-a-vegan-girlfriend-in-upcoming-holiday-movie" TargetMode="External"/><Relationship Id="rId11" Type="http://schemas.openxmlformats.org/officeDocument/2006/relationships/hyperlink" Target="https://www.autostraddle.com/chloe-grace-moretz-has-a-vegan-girlfriend-in-upcoming-holiday-movie/" TargetMode="External"/><Relationship Id="rId12" Type="http://schemas.openxmlformats.org/officeDocument/2006/relationships/hyperlink" Target="https://en.wikipedia.org/wiki/Oh._What._Fun." TargetMode="External"/><Relationship Id="rId13" Type="http://schemas.openxmlformats.org/officeDocument/2006/relationships/hyperlink" Target="https://www.pressparty.com/pg/newsdesk/AmazonPrimeVideo/view/498334/" TargetMode="External"/><Relationship Id="rId14" Type="http://schemas.openxmlformats.org/officeDocument/2006/relationships/hyperlink" Target="https://keithlovesmovies.com/2025/11/06/oh-what-fun-official-trailer/" TargetMode="External"/><Relationship Id="rId15" Type="http://schemas.openxmlformats.org/officeDocument/2006/relationships/hyperlink" Target="https://collider.com/chloe-grace-moretz-dominic-sessa-cast-oh-what-fu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