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San Fran's legendary Castro Theatre to reopen with a Sam Smith residency</w:t>
      </w:r>
      <w:r/>
    </w:p>
    <w:p>
      <w:r/>
      <w:r/>
    </w:p>
    <w:p>
      <w:r>
        <w:drawing>
          <wp:inline xmlns:a="http://schemas.openxmlformats.org/drawingml/2006/main" xmlns:pic="http://schemas.openxmlformats.org/drawingml/2006/picture">
            <wp:extent cx="5080000" cy="268298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82989"/>
                    </a:xfrm>
                    <a:prstGeom prst="rect"/>
                  </pic:spPr>
                </pic:pic>
              </a:graphicData>
            </a:graphic>
          </wp:inline>
        </w:drawing>
      </w:r>
    </w:p>
    <w:p>
      <w:r/>
      <w:r>
        <w:t>After a lengthy and £31 million renovation, San Francisco’s iconic Castro Theatre is set to make its grand return in February 2026. This beloved cultural landmark, which has stood as a heart of the city’s gay community since 1922, is poised to reopen with a bold new programming slate that blends its cinematic heritage with live music, comedy, and community events.</w:t>
      </w:r>
      <w:r/>
    </w:p>
    <w:p>
      <w:r/>
      <w:r>
        <w:t>The reopening will be headlined by an extensive 20-night residency from Grammy-winning non-binary artist Sam Smith, kicking off the celebration with what is expected to be a sold-out run. The presence of a high-profile performer like Sam Smith underscores the theatre’s renewed ambition to be a significant cultural hub, drawing in a wide range of audiences. Following this inaugural stint, the venue will showcase an eclectic mix of concerts, comedy shows, film screenings, and community gatherings, featuring acts such as Lucy Dacus, The Breeders, Father John Misty, Perfume Genius, Santigold, and queer icon Jonathan Van Ness. Notably, the respected Frameline Film Festival will also return for its 50th anniversary in June, reinforcing the theatre’s long-standing commitment to LGBTQ+ cultural expression.</w:t>
      </w:r>
      <w:r/>
    </w:p>
    <w:p>
      <w:r/>
      <w:r>
        <w:t>The renovation, overseen by Another Planet Entertainment, an experienced operator of venues like the Bill Graham Civic Auditorium and the Greek Theatre in Berkeley, has transformed the old movie palace into a versatile, modern venue while preserving its historic charm. The 1,400-seat auditorium now boasts a sophisticated motorized seating system that allows it to switch seamlessly between seated film screenings and standing concerts or drag shows, enhancing flexibility without compromising the iconic interior design. Key aesthetic features such as the reinstalled chandelier and restored ceiling artwork have been lovingly preserved to maintain the theatre’s distinctive atmosphere.</w:t>
      </w:r>
      <w:r/>
    </w:p>
    <w:p>
      <w:r/>
      <w:r>
        <w:t>The upgrade also incorporates modern necessities, including enhanced sound and lighting systems, expanded ADA accessibility, and a refreshed marquee, addressing long-standing technical and inclusivity needs. After being closed since early 2024, the theatre’s revival is anticipated to bring an annual influx of over 200,000 visitors, which local businesses hope will invigorate the surrounding Castro neighbourhood, long regarded as a vibrant gay enclave.</w:t>
      </w:r>
      <w:r/>
    </w:p>
    <w:p>
      <w:r/>
      <w:r>
        <w:t>Beyond entertainment, the Castro Theatre will serve as a hub for community events and support emerging LGBTQ+ performers through a new grant programme that will be launched alongside its reopening. This aligns with the venue’s broader vision of being more than just a performance space but a cultural beacon that nurtures diversity and artistic innovation.</w:t>
      </w:r>
      <w:r/>
    </w:p>
    <w:p>
      <w:r/>
      <w:r>
        <w:t xml:space="preserve">Tickets for the newly announced 2026 shows went on presale on November 6, 2025, with public sales following a day later. As the Castro Theatre prepares to welcome audiences back, it promises a refreshed yet familiar space where history and contemporary culture intersect, reaffirming its place as an essential part of San Francisco’s identity and LGBTQ+ heritage.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https://sf.funcheap.com/castro-theatre-reopens-february-2026-ticket-presale-november-6-2/</w:t>
        </w:r>
      </w:hyperlink>
      <w:r>
        <w:t xml:space="preserve"> - Please view link - unable to able to access data</w:t>
      </w:r>
      <w:r/>
    </w:p>
    <w:p>
      <w:pPr>
        <w:pStyle w:val="ListNumber"/>
        <w:spacing w:line="240" w:lineRule="auto"/>
        <w:ind w:left="720"/>
      </w:pPr>
      <w:r/>
      <w:hyperlink r:id="rId11">
        <w:r>
          <w:rPr>
            <w:color w:val="0000EE"/>
            <w:u w:val="single"/>
          </w:rPr>
          <w:t>https://www.sfstation.com/2025/09/30/historic-castro-theatre-reopens-february-2026-with-sam-smith-headlining-residency/</w:t>
        </w:r>
      </w:hyperlink>
      <w:r>
        <w:t xml:space="preserve"> - After a two-year, $41 million renovation, San Francisco's historic Castro Theatre is set to reopen in early 2026. The grand reopening will feature an eight-night residency by Grammy-winning artist Sam Smith, beginning February 10th. Tickets for these performances went on sale on October 7th. The renovation, led by Another Planet Entertainment, blends the theatre's architectural grandeur with modern upgrades, including flexible seating tiers, enhanced sound and lighting, expanded ADA access, a refreshed marquee, and updated interior. (</w:t>
      </w:r>
      <w:hyperlink r:id="rId12">
        <w:r>
          <w:rPr>
            <w:color w:val="0000EE"/>
            <w:u w:val="single"/>
          </w:rPr>
          <w:t>sfstation.com</w:t>
        </w:r>
      </w:hyperlink>
      <w:r>
        <w:t>)</w:t>
      </w:r>
      <w:r/>
    </w:p>
    <w:p>
      <w:pPr>
        <w:pStyle w:val="ListNumber"/>
        <w:spacing w:line="240" w:lineRule="auto"/>
        <w:ind w:left="720"/>
      </w:pPr>
      <w:r/>
      <w:hyperlink r:id="rId13">
        <w:r>
          <w:rPr>
            <w:color w:val="0000EE"/>
            <w:u w:val="single"/>
          </w:rPr>
          <w:t>https://www.cbsnews.com/sanfrancisco/news/san-franciscos-castro-theatre-to-reopen-february-2026/</w:t>
        </w:r>
      </w:hyperlink>
      <w:r>
        <w:t xml:space="preserve"> - San Francisco's Castro Theatre, closed since February 2024, is scheduled to reopen in February 2026 after extensive renovations. The new owners, Another Planet Entertainment, have redesigned the main level to accommodate a more modern, multi-use space, allowing for concerts and comedy shows in addition to film screenings. This transformation aims to preserve the theatre's historical charm while revitalising it for contemporary use. (</w:t>
      </w:r>
      <w:hyperlink r:id="rId14">
        <w:r>
          <w:rPr>
            <w:color w:val="0000EE"/>
            <w:u w:val="single"/>
          </w:rPr>
          <w:t>cbsnews.com</w:t>
        </w:r>
      </w:hyperlink>
      <w:r>
        <w:t>)</w:t>
      </w:r>
      <w:r/>
    </w:p>
    <w:p>
      <w:pPr>
        <w:pStyle w:val="ListNumber"/>
        <w:spacing w:line="240" w:lineRule="auto"/>
        <w:ind w:left="720"/>
      </w:pPr>
      <w:r/>
      <w:hyperlink r:id="rId15">
        <w:r>
          <w:rPr>
            <w:color w:val="0000EE"/>
            <w:u w:val="single"/>
          </w:rPr>
          <w:t>https://www.davidperry.com/newsroom/sam-smith-reopens-san-franciscos-castro-theatre-february-2026.html</w:t>
        </w:r>
      </w:hyperlink>
      <w:r>
        <w:t xml:space="preserve"> - Following a $41 million renovation by Another Planet Entertainment, San Francisco's Castro Theatre is set to reopen in February 2026. The inaugural event will be an eight-night residency by international sensation Sam Smith, scheduled for February 10, 11, 13, 14, 17, 18, 20, and 21. This marks the return of a beloved cultural landmark, ushering in a new era of programming that bridges cinematic tradition with live music, comedy, and community gatherings. (</w:t>
      </w:r>
      <w:hyperlink r:id="rId16">
        <w:r>
          <w:rPr>
            <w:color w:val="0000EE"/>
            <w:u w:val="single"/>
          </w:rPr>
          <w:t>davidperry.com</w:t>
        </w:r>
      </w:hyperlink>
      <w:r>
        <w:t>)</w:t>
      </w:r>
      <w:r/>
    </w:p>
    <w:p>
      <w:pPr>
        <w:pStyle w:val="ListNumber"/>
        <w:spacing w:line="240" w:lineRule="auto"/>
        <w:ind w:left="720"/>
      </w:pPr>
      <w:r/>
      <w:hyperlink r:id="rId17">
        <w:r>
          <w:rPr>
            <w:color w:val="0000EE"/>
            <w:u w:val="single"/>
          </w:rPr>
          <w:t>https://www.davidperry.com/newsroom/sfs-castro-theatre-announces-new-shows.html</w:t>
        </w:r>
      </w:hyperlink>
      <w:r>
        <w:t xml:space="preserve"> - Following the grand reopening with Sam Smith's sold-out 20-date residency in February and March, San Francisco's Castro Theatre has announced additional shows for 2026. The lineup includes performances by Lucy Dacus, The Breeders, Father John Misty, Perfume Genius, Jonathan Van Ness, Santigold, Alaska, and more. Tickets for these newly announced shows went on sale on November 7, 2025, at 10 a.m. PT. The theatre will also host the Frameline Film Festival's 50th anniversary from June 17–27, 2026. (</w:t>
      </w:r>
      <w:hyperlink r:id="rId18">
        <w:r>
          <w:rPr>
            <w:color w:val="0000EE"/>
            <w:u w:val="single"/>
          </w:rPr>
          <w:t>davidperry.com</w:t>
        </w:r>
      </w:hyperlink>
      <w:r>
        <w:t>)</w:t>
      </w:r>
      <w:r/>
    </w:p>
    <w:p>
      <w:pPr>
        <w:pStyle w:val="ListNumber"/>
        <w:spacing w:line="240" w:lineRule="auto"/>
        <w:ind w:left="720"/>
      </w:pPr>
      <w:r/>
      <w:hyperlink r:id="rId19">
        <w:r>
          <w:rPr>
            <w:color w:val="0000EE"/>
            <w:u w:val="single"/>
          </w:rPr>
          <w:t>https://sfist.com/2025/07/07/castro-theater-begins-taking-bookings-starting-next-march/</w:t>
        </w:r>
      </w:hyperlink>
      <w:r>
        <w:t xml:space="preserve"> - The Castro Theatre, undergoing a $41 million renovation, is now accepting bookings starting March 2026. While the exact reopening date is yet to be confirmed, the venue is in discussions with longtime partners like Frameline, the LGBTQ film festival, to host events in June. The renovation aims to modernise the theatre while respecting its storied past, promising a revitalised cultural hub for the community. (</w:t>
      </w:r>
      <w:hyperlink r:id="rId20">
        <w:r>
          <w:rPr>
            <w:color w:val="0000EE"/>
            <w:u w:val="single"/>
          </w:rPr>
          <w:t>sfist.com</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sf.funcheap.com/castro-theatre-reopens-february-2026-ticket-presale-november-6-2/" TargetMode="External"/><Relationship Id="rId11" Type="http://schemas.openxmlformats.org/officeDocument/2006/relationships/hyperlink" Target="https://www.sfstation.com/2025/09/30/historic-castro-theatre-reopens-february-2026-with-sam-smith-headlining-residency/" TargetMode="External"/><Relationship Id="rId12" Type="http://schemas.openxmlformats.org/officeDocument/2006/relationships/hyperlink" Target="https://www.sfstation.com/2025/09/30/historic-castro-theatre-reopens-february-2026-with-sam-smith-headlining-residency/?utm_source=openai" TargetMode="External"/><Relationship Id="rId13" Type="http://schemas.openxmlformats.org/officeDocument/2006/relationships/hyperlink" Target="https://www.cbsnews.com/sanfrancisco/news/san-franciscos-castro-theatre-to-reopen-february-2026/" TargetMode="External"/><Relationship Id="rId14" Type="http://schemas.openxmlformats.org/officeDocument/2006/relationships/hyperlink" Target="https://www.cbsnews.com/sanfrancisco/news/san-franciscos-castro-theatre-to-reopen-february-2026/?utm_source=openai" TargetMode="External"/><Relationship Id="rId15" Type="http://schemas.openxmlformats.org/officeDocument/2006/relationships/hyperlink" Target="https://www.davidperry.com/newsroom/sam-smith-reopens-san-franciscos-castro-theatre-february-2026.html" TargetMode="External"/><Relationship Id="rId16" Type="http://schemas.openxmlformats.org/officeDocument/2006/relationships/hyperlink" Target="https://www.davidperry.com/newsroom/sam-smith-reopens-san-franciscos-castro-theatre-february-2026.html?utm_source=openai" TargetMode="External"/><Relationship Id="rId17" Type="http://schemas.openxmlformats.org/officeDocument/2006/relationships/hyperlink" Target="https://www.davidperry.com/newsroom/sfs-castro-theatre-announces-new-shows.html" TargetMode="External"/><Relationship Id="rId18" Type="http://schemas.openxmlformats.org/officeDocument/2006/relationships/hyperlink" Target="https://www.davidperry.com/newsroom/sfs-castro-theatre-announces-new-shows.html?utm_source=openai" TargetMode="External"/><Relationship Id="rId19" Type="http://schemas.openxmlformats.org/officeDocument/2006/relationships/hyperlink" Target="https://sfist.com/2025/07/07/castro-theater-begins-taking-bookings-starting-next-march/" TargetMode="External"/><Relationship Id="rId20" Type="http://schemas.openxmlformats.org/officeDocument/2006/relationships/hyperlink" Target="https://sfist.com/2025/07/07/castro-theater-begins-taking-bookings-starting-next-march/?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