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It's not only in the UK that we're losing gay spaces... SchwuZ, Berlin’s oldest gay club, to close</w:t>
      </w:r>
      <w:r/>
    </w:p>
    <w:p>
      <w:r/>
      <w:r/>
    </w:p>
    <w:p>
      <w:r>
        <w:drawing>
          <wp:inline xmlns:a="http://schemas.openxmlformats.org/drawingml/2006/main" xmlns:pic="http://schemas.openxmlformats.org/drawingml/2006/picture">
            <wp:extent cx="5080000" cy="288119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81194"/>
                    </a:xfrm>
                    <a:prstGeom prst="rect"/>
                  </pic:spPr>
                </pic:pic>
              </a:graphicData>
            </a:graphic>
          </wp:inline>
        </w:drawing>
      </w:r>
    </w:p>
    <w:p>
      <w:r/>
      <w:r>
        <w:t>Germany’s largest and oldest gay club, SchwuZ, has announced it will close its doors permanently on 1 November 2025, marking a significant loss for Berlin’s LGBTQ+ nightlife. Founded in 1977, SchwuZ has been a vital part of the city’s queer community for nearly five decades, offering expansive 1,600 square metres of dance floors and concrete rooms that saw generations of queer partygoers come together. Despite a late fundraising campaign that raised over €52,000, the club fell short of its €300,000 target necessary to stay afloat, ultimately succumbing to financial pressures that have beset Berlin's nightlife scene.</w:t>
      </w:r>
      <w:r/>
    </w:p>
    <w:p>
      <w:r/>
      <w:r>
        <w:t>The decision to shutter SchwuZ follows months of mounting financial difficulties. According to statements from the club, despite efforts to stabilise operations, including talks with potential investors, no viable recovery solution materialised. The club had been operating at a monthly loss ranging between €30,000 and €60,000, which led to the layoff of 33 employees by May 2025, roughly a third of its workforce. Katja Jaeger, SchwuZ’s director, cited a sharp decline in attendance and reduced spending from patrons as core reasons behind the financial shortfall, highlighting how once-frequent regulars now visit maybe once a month rather than weekly. This decline is partly attributed to rising living costs and changing nightlife habits in the city.</w:t>
      </w:r>
      <w:r/>
    </w:p>
    <w:p>
      <w:r/>
      <w:r>
        <w:t>SchwuZ’s closure is not an isolated incident but part of an ongoing crisis described by Berlin’s Clubcommission, which warned that nearly half of its member clubs might close within the year. Berlin’s reputation as Europe’s techno capital and vibrant nightlife hub has been battered by a confluence of inflation, gentrification, and shifts in cultural habits over recent years. The COVID-19 pandemic dealt a particularly heavy blow, with the recovery proving slow and fragile. Renowned venues such as Watergate, Griessmuehle, and Remise have also closed in recent years, with Watergate announcing its shutdown at the end of 2024 due to financial pressures including rising rents and the energy crisis.</w:t>
      </w:r>
      <w:r/>
    </w:p>
    <w:p>
      <w:r/>
      <w:r>
        <w:t>The loss of SchwuZ echoes wider concerns among Berlin’s LGBTQ+ community about the diminishing spaces for queer social life and cultural expression. The club was more than just a nightlife venue; it played a significant role in the queer scene, being a central point for early Christopher Street Day parades and queer media, as well as a communal hub for generations. Its closure reflects broader societal and economic challenges facing urban nightlife more generally, where rising costs and evolving social behaviours threaten to redefine the future of club culture not only in Berlin but globally.</w:t>
      </w:r>
      <w:r/>
    </w:p>
    <w:p>
      <w:r/>
      <w:r>
        <w:t xml:space="preserve">As Berlin mourns the loss of yet another iconic venue, questions remain about how the city might preserve its cultural vitality in the face of these pressures. Some new formats and smaller venues are emerging to fill gaps left behind, but for many, the closure of SchwuZ is a poignant indicator that the legendary club scene of the past may never fully return.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https://www.scenemag.co.uk/germanys-largest-gay-club-schwuz-to-close-its-doors/</w:t>
        </w:r>
      </w:hyperlink>
      <w:r>
        <w:t xml:space="preserve"> - Please view link - unable to able to access data</w:t>
      </w:r>
      <w:r/>
    </w:p>
    <w:p>
      <w:pPr>
        <w:pStyle w:val="ListNumber"/>
        <w:spacing w:line="240" w:lineRule="auto"/>
        <w:ind w:left="720"/>
      </w:pPr>
      <w:r/>
      <w:hyperlink r:id="rId11">
        <w:r>
          <w:rPr>
            <w:color w:val="0000EE"/>
            <w:u w:val="single"/>
          </w:rPr>
          <w:t>https://www.berlinertageblatt.de/en/Culture/578154-germanys-largest-gay-club-to-shut-in-fresh-berlin-nightlife-blow.html</w:t>
        </w:r>
      </w:hyperlink>
      <w:r>
        <w:t xml:space="preserve"> - SchwuZ, Germany's largest and oldest gay club, announced its closure on 23 October 2025, citing financial difficulties and a significant decline in attendance. Despite a fundraising campaign that raised over €52,000, the club was unable to meet its €300,000 target to remain operational. Founded in 1977, SchwuZ has been a cornerstone of Berlin's LGBTQ+ community, offering 1,600 square metres of dancefloors and concrete rooms that have hosted generations of queer partygoers. The closure reflects a broader trend of iconic venues shutting down in Berlin due to rising costs and changing nightlife habits.</w:t>
      </w:r>
      <w:r/>
    </w:p>
    <w:p>
      <w:pPr>
        <w:pStyle w:val="ListNumber"/>
        <w:spacing w:line="240" w:lineRule="auto"/>
        <w:ind w:left="720"/>
      </w:pPr>
      <w:r/>
      <w:hyperlink r:id="rId12">
        <w:r>
          <w:rPr>
            <w:color w:val="0000EE"/>
            <w:u w:val="single"/>
          </w:rPr>
          <w:t>https://www.theberliner.com/english-news-berlin/legendary-queer-club-schwuz-announces-its-closure/</w:t>
        </w:r>
      </w:hyperlink>
      <w:r>
        <w:t xml:space="preserve"> - SchwuZ, a legendary queer club in Berlin, announced its closure on 24 October 2025 after months of financial struggles. Despite efforts to stabilise the club, including a fundraising campaign and discussions with potential investors, no viable solution was found. The club had been operating at a loss of €30,000 to €60,000 each month and had laid off 33 employees in May 2025. Founded in 1977, SchwuZ was a central point of reference for the queer community and played a key role in early CSD parades and queer media.</w:t>
      </w:r>
      <w:r/>
    </w:p>
    <w:p>
      <w:pPr>
        <w:pStyle w:val="ListNumber"/>
        <w:spacing w:line="240" w:lineRule="auto"/>
        <w:ind w:left="720"/>
      </w:pPr>
      <w:r/>
      <w:hyperlink r:id="rId13">
        <w:r>
          <w:rPr>
            <w:color w:val="0000EE"/>
            <w:u w:val="single"/>
          </w:rPr>
          <w:t>https://www.thelocal.de/20251024/germanys-largest-gay-club-to-close-in-fresh-blow-to-berlin-scene</w:t>
        </w:r>
      </w:hyperlink>
      <w:r>
        <w:t xml:space="preserve"> - SchwuZ, Germany's largest and oldest gay club, announced its closure on 24 October 2025, citing financial difficulties and a significant decline in attendance. Despite a fundraising campaign that raised over €52,000, the club was unable to meet its €300,000 target to remain operational. Founded in 1977, SchwuZ has been a cornerstone of Berlin's LGBTQ+ community, offering 1,600 square metres of dancefloors and concrete rooms that have hosted generations of queer partygoers. The closure reflects a broader trend of iconic venues shutting down in Berlin due to rising costs and changing nightlife habits.</w:t>
      </w:r>
      <w:r/>
    </w:p>
    <w:p>
      <w:pPr>
        <w:pStyle w:val="ListNumber"/>
        <w:spacing w:line="240" w:lineRule="auto"/>
        <w:ind w:left="720"/>
      </w:pPr>
      <w:r/>
      <w:hyperlink r:id="rId14">
        <w:r>
          <w:rPr>
            <w:color w:val="0000EE"/>
            <w:u w:val="single"/>
          </w:rPr>
          <w:t>https://www.plataformamedia.com/en/2025/10/16/dont-let-the-party-stop-berlins-fight-against-club-death/</w:t>
        </w:r>
      </w:hyperlink>
      <w:r>
        <w:t xml:space="preserve"> - SchwuZ, Berlin's oldest and largest LGBTQ+ club, announced its closure on 16 October 2025 after months of financial difficulties. Despite a fundraising campaign that raised over €51,000, the club was unable to meet its €300,000 target to remain operational. Founded in 1977, SchwuZ has been a cornerstone of Berlin's queer community, offering 1,600 square metres of dancefloors and concrete rooms that have hosted generations of queer partygoers. The closure reflects a broader trend of iconic venues shutting down in Berlin due to rising costs and changing nightlife habits.</w:t>
      </w:r>
      <w:r/>
    </w:p>
    <w:p>
      <w:pPr>
        <w:pStyle w:val="ListNumber"/>
        <w:spacing w:line="240" w:lineRule="auto"/>
        <w:ind w:left="720"/>
      </w:pPr>
      <w:r/>
      <w:hyperlink r:id="rId15">
        <w:r>
          <w:rPr>
            <w:color w:val="0000EE"/>
            <w:u w:val="single"/>
          </w:rPr>
          <w:t>https://ra.co/news/83837</w:t>
        </w:r>
      </w:hyperlink>
      <w:r>
        <w:t xml:space="preserve"> - SchwuZ, Berlin's oldest queer nightclub, announced its closure on 23 October 2025 after months of financial struggles. Despite a fundraising campaign and discussions with potential investors, no viable solution was found. The club had been operating at a loss of €30,000 to €60,000 each month and had laid off 33 employees in May 2025. Founded in 1977, SchwuZ was a central point of reference for the queer community and played a key role in early CSD parades and queer media.</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scenemag.co.uk/germanys-largest-gay-club-schwuz-to-close-its-doors/" TargetMode="External"/><Relationship Id="rId11" Type="http://schemas.openxmlformats.org/officeDocument/2006/relationships/hyperlink" Target="https://www.berlinertageblatt.de/en/Culture/578154-germanys-largest-gay-club-to-shut-in-fresh-berlin-nightlife-blow.html" TargetMode="External"/><Relationship Id="rId12" Type="http://schemas.openxmlformats.org/officeDocument/2006/relationships/hyperlink" Target="https://www.theberliner.com/english-news-berlin/legendary-queer-club-schwuz-announces-its-closure/" TargetMode="External"/><Relationship Id="rId13" Type="http://schemas.openxmlformats.org/officeDocument/2006/relationships/hyperlink" Target="https://www.thelocal.de/20251024/germanys-largest-gay-club-to-close-in-fresh-blow-to-berlin-scene" TargetMode="External"/><Relationship Id="rId14" Type="http://schemas.openxmlformats.org/officeDocument/2006/relationships/hyperlink" Target="https://www.plataformamedia.com/en/2025/10/16/dont-let-the-party-stop-berlins-fight-against-club-death/" TargetMode="External"/><Relationship Id="rId15" Type="http://schemas.openxmlformats.org/officeDocument/2006/relationships/hyperlink" Target="https://ra.co/news/8383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