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'Sex should be fun and it should be safe!' Dua Lipa champions HIV awareness and PrEP</w:t>
      </w:r>
      <w:r/>
    </w:p>
    <w:p>
      <w:r/>
      <w:r/>
    </w:p>
    <w:p>
      <w:r>
        <w:drawing>
          <wp:inline xmlns:a="http://schemas.openxmlformats.org/drawingml/2006/main" xmlns:pic="http://schemas.openxmlformats.org/drawingml/2006/picture">
            <wp:extent cx="5080000" cy="2995524"/>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995524"/>
                    </a:xfrm>
                    <a:prstGeom prst="rect"/>
                  </pic:spPr>
                </pic:pic>
              </a:graphicData>
            </a:graphic>
          </wp:inline>
        </w:drawing>
      </w:r>
    </w:p>
    <w:p>
      <w:r/>
      <w:r>
        <w:t>Pop superstar Dua Lipa has stepped into the spotlight not only for her chart-topping hits but also for her vocal advocacy on a crucial public health issue: HIV awareness and prevention. Most recently, she made a surprise appearance at MISTR’s inaugural National PrEP Day event held at The Abbey in West Hollywood. Joining forces with other prominent artists and celebrated drag performers, Lipa used the occasion to champion the use of PrEP (pre-exposure prophylaxis), a medication that dramatically reduces the risk of contracting HIV.</w:t>
      </w:r>
      <w:r/>
    </w:p>
    <w:p>
      <w:r/>
      <w:r>
        <w:t>In an interview with Rolling Stone, Dua Lipa articulated her desire to 'de-stigmatise' HIV, highlighting how societal biases and misinformation continue to hinder efforts toward effective healthcare and prevention. She voiced optimism about the future, stating, 'I want to believe that there’s hope that it can be completely eradicated. I think sex should be fun and it should be safe.' This message aligns with broader campaigns, such as those led by MISTR, which strives to make HIV prevention accessible and inclusive, irrespective of insurance status or background.</w:t>
      </w:r>
      <w:r/>
    </w:p>
    <w:p>
      <w:r/>
      <w:r>
        <w:t>The significance of Lipa’s advocacy extends beyond her immense cultural influence; it addresses a critical public health mission. According to recent UK government data, approximately 113,500 people are living with HIV in Britain, with the number seeking HIV care increasing by 27 percent over the past decade. Despite advancements in treatment and prevention, stigma remains a formidable barrier—often intersecting with mental health challenges—for those living with or at risk of HIV. Yet there is tangible progress: uptake of PrEP has risen steadily, with over 111,000 individuals accessing it through sexual health services in 2024 in the UK alone, marking a near 8 percent increase since the previous year. Clinical trials have demonstrated that PrEP reduces the chances of HIV infection by up to 86%, underscoring its effectiveness as a preventative tool.</w:t>
      </w:r>
      <w:r/>
    </w:p>
    <w:p>
      <w:r/>
      <w:r>
        <w:t>Lipa’s appearance at National PrEP Day was more than a performance; it was a deliberate stand against the taboos that still surround HIV and sexual health. Sharing the stage with drag icons, she underscored the message that conversations about safe sex should be normalised and celebrated without shame or judgement. Her engagement with these themes resonates within the LGBTQ+ community and beyond, reinforcing the imperative to approach sexual health with openness and care.</w:t>
      </w:r>
      <w:r/>
    </w:p>
    <w:p>
      <w:r/>
      <w:r>
        <w:t xml:space="preserve">This stance is particularly poignant in the context of recent controversies, such as the backlash against figures like rapper DaBaby, whose homophobic and stigmatic comments about HIV have drawn widespread criticism, including from Lipa herself. The singer has publicly condemned such rhetoric, calling for unity and education to dismantle the ignorance that perpetuates stigma.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https://www.mirror.co.uk/3am/celebrity-news/dua-lipa-says-sex-should-36087157</w:t>
        </w:r>
      </w:hyperlink>
      <w:r>
        <w:t xml:space="preserve"> - Please view link - unable to able to access data</w:t>
      </w:r>
      <w:r/>
    </w:p>
    <w:p>
      <w:pPr>
        <w:pStyle w:val="ListNumber"/>
        <w:spacing w:line="240" w:lineRule="auto"/>
        <w:ind w:left="720"/>
      </w:pPr>
      <w:r/>
      <w:hyperlink r:id="rId11">
        <w:r>
          <w:rPr>
            <w:color w:val="0000EE"/>
            <w:u w:val="single"/>
          </w:rPr>
          <w:t>https://www.mandatory.com/news/1673653-dua-lipa-sex-hiv-shameless-prevention</w:t>
        </w:r>
      </w:hyperlink>
      <w:r>
        <w:t xml:space="preserve"> - Dua Lipa advocates for de-stigmatizing HIV and promoting safe sex practices. At MISTR's National PrEP Day, she emphasized that sex should be both fun and safe, expressing hope for the complete eradication of HIV. Lipa highlighted the importance of normalizing PrEP usage and reducing associated stigma, aligning with MISTR's mission to make HIV prevention accessible to all, regardless of insurance status.</w:t>
      </w:r>
      <w:r/>
    </w:p>
    <w:p>
      <w:pPr>
        <w:pStyle w:val="ListNumber"/>
        <w:spacing w:line="240" w:lineRule="auto"/>
        <w:ind w:left="720"/>
      </w:pPr>
      <w:r/>
      <w:hyperlink r:id="rId12">
        <w:r>
          <w:rPr>
            <w:color w:val="0000EE"/>
            <w:u w:val="single"/>
          </w:rPr>
          <w:t>https://www.out.com/celebs/dua-lipa-surprises-the-abbey-for-national-prep-day</w:t>
        </w:r>
      </w:hyperlink>
      <w:r>
        <w:t xml:space="preserve"> - Dua Lipa made a surprise appearance at The Abbey in West Hollywood for MISTR's inaugural National PrEP Day. She performed alongside drag queens and discussed the significance of de-stigmatizing HIV and promoting safe sex. Lipa expressed her belief in the potential for HIV eradication and emphasized the importance of accessible healthcare for HIV prevention, aligning with MISTR's goal to encourage 10,000 people to start PrEP within ten days.</w:t>
      </w:r>
      <w:r/>
    </w:p>
    <w:p>
      <w:pPr>
        <w:pStyle w:val="ListNumber"/>
        <w:spacing w:line="240" w:lineRule="auto"/>
        <w:ind w:left="720"/>
      </w:pPr>
      <w:r/>
      <w:hyperlink r:id="rId13">
        <w:r>
          <w:rPr>
            <w:color w:val="0000EE"/>
            <w:u w:val="single"/>
          </w:rPr>
          <w:t>https://www.harpersbazaar.com/celebrity/latest/a69000633/dua-lipa-pink-corset-bodysuit-prep-day-performance-hollywood/</w:t>
        </w:r>
      </w:hyperlink>
      <w:r>
        <w:t xml:space="preserve"> - Dua Lipa performed at MISTR's National PrEP Day in West Hollywood, donning a pink satin bodysuit. The event aimed to raise awareness about HIV prevention and encourage PrEP usage. Lipa was joined by drag queens Aquaria, Plastique Tiara, Trinity the Tuck, Symone, and Shea Couleé during her performance, highlighting the collaborative effort to promote safe sex and HIV awareness.</w:t>
      </w:r>
      <w:r/>
    </w:p>
    <w:p>
      <w:pPr>
        <w:pStyle w:val="ListNumber"/>
        <w:spacing w:line="240" w:lineRule="auto"/>
        <w:ind w:left="720"/>
      </w:pPr>
      <w:r/>
      <w:hyperlink r:id="rId14">
        <w:r>
          <w:rPr>
            <w:color w:val="0000EE"/>
            <w:u w:val="single"/>
          </w:rPr>
          <w:t>https://www.realitytea.com/2025/10/14/dua-lipa-sex-hiv-shameless-prevention/</w:t>
        </w:r>
      </w:hyperlink>
      <w:r>
        <w:t xml:space="preserve"> - Dua Lipa emphasized the need to de-stigmatize HIV and promote safe sex practices. At MISTR's National PrEP Day, she stated that sex should be both fun and safe, advocating for the normalization of PrEP usage. Lipa's remarks underscore the importance of reducing stigma surrounding HIV and encouraging proactive health measures, aligning with MISTR's mission to make HIV prevention accessible to all.</w:t>
      </w:r>
      <w:r/>
    </w:p>
    <w:p>
      <w:pPr>
        <w:pStyle w:val="ListNumber"/>
        <w:spacing w:line="240" w:lineRule="auto"/>
        <w:ind w:left="720"/>
      </w:pPr>
      <w:r/>
      <w:hyperlink r:id="rId15">
        <w:r>
          <w:rPr>
            <w:color w:val="0000EE"/>
            <w:u w:val="single"/>
          </w:rPr>
          <w:t>https://www.hotpress.com/music/dua-lipa-horrified-at-dababys-homophobic-comments-22863809</w:t>
        </w:r>
      </w:hyperlink>
      <w:r>
        <w:t xml:space="preserve"> - Dua Lipa expressed shock and disapproval over DaBaby's homophobic comments during his Rolling Loud Miami performance. She stated she did not recognize the person she collaborated with and emphasized her support for the LGBTQ+ community. Lipa called for unity to combat the stigma and ignorance surrounding HIV/AIDS, highlighting the importance of inclusivity and respect in the music industry.</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mirror.co.uk/3am/celebrity-news/dua-lipa-says-sex-should-36087157" TargetMode="External"/><Relationship Id="rId11" Type="http://schemas.openxmlformats.org/officeDocument/2006/relationships/hyperlink" Target="https://www.mandatory.com/news/1673653-dua-lipa-sex-hiv-shameless-prevention" TargetMode="External"/><Relationship Id="rId12" Type="http://schemas.openxmlformats.org/officeDocument/2006/relationships/hyperlink" Target="https://www.out.com/celebs/dua-lipa-surprises-the-abbey-for-national-prep-day" TargetMode="External"/><Relationship Id="rId13" Type="http://schemas.openxmlformats.org/officeDocument/2006/relationships/hyperlink" Target="https://www.harpersbazaar.com/celebrity/latest/a69000633/dua-lipa-pink-corset-bodysuit-prep-day-performance-hollywood/" TargetMode="External"/><Relationship Id="rId14" Type="http://schemas.openxmlformats.org/officeDocument/2006/relationships/hyperlink" Target="https://www.realitytea.com/2025/10/14/dua-lipa-sex-hiv-shameless-prevention/" TargetMode="External"/><Relationship Id="rId15" Type="http://schemas.openxmlformats.org/officeDocument/2006/relationships/hyperlink" Target="https://www.hotpress.com/music/dua-lipa-horrified-at-dababys-homophobic-comments-2286380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