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Mighty Hoopla - 'the campest day of your life' - goes to Sydney!</w:t>
      </w:r>
      <w:r/>
    </w:p>
    <w:p>
      <w:r/>
      <w:r/>
    </w:p>
    <w:p>
      <w:r>
        <w:drawing>
          <wp:inline xmlns:a="http://schemas.openxmlformats.org/drawingml/2006/main" xmlns:pic="http://schemas.openxmlformats.org/drawingml/2006/picture">
            <wp:extent cx="5080000" cy="245872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58720"/>
                    </a:xfrm>
                    <a:prstGeom prst="rect"/>
                  </pic:spPr>
                </pic:pic>
              </a:graphicData>
            </a:graphic>
          </wp:inline>
        </w:drawing>
      </w:r>
    </w:p>
    <w:p>
      <w:r/>
      <w:r>
        <w:t xml:space="preserve">The inaugural Mighty Hoopla festival is set to make its Australian debut on February 21, 2026, at the iconic Bondi Beach in Sydney, promising an electrifying celebration of pop music and culture. The festival, which originated in London and has become synonymous with vibrant, unapologetic queer joy, will be headlined by global pop superstar Kesha. </w:t>
      </w:r>
      <w:r/>
    </w:p>
    <w:p>
      <w:r/>
      <w:r>
        <w:t>Joining Kesha will be a diverse lineup of local and international talent, including British dance powerhouse Becky Hill, Australian vocalists Delta Goodrem and Jessica Mauboy, and reality TV personality Countess Luann from The Real Housewives of New York City, who brings her distinctive cabaret flair. The event also features rising UK star Rose Gray and disco-pop innovator Tom Aspaul. There will also be Indigenous performers like The Blak Queen curated by Miss Ellaneous and local acts such as Atomic Kiss and Heaps Gay.</w:t>
      </w:r>
      <w:r/>
    </w:p>
    <w:p>
      <w:r/>
      <w:r>
        <w:t xml:space="preserve">Mighty Hoopla founder Glyn Fussell highlighted the significance of bringing the festival to Sydney, describing Australia as 'my second home' and an integral part of the festival's spirit. Fussell expressed excitement for what he called 'the campest day of your life' promising an event filled with joy, chaos, and unrestrained pop brilliance. </w:t>
      </w:r>
      <w:r/>
    </w:p>
    <w:p>
      <w:r/>
      <w:r>
        <w:t xml:space="preserve">Tickets for the Sydney festival will be available exclusively through Moshtix, with a presale starting at 10 am AEDT on Wednesday, October 22, followed by a general sale the next day.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https://au.rollingstone.com/music/music-news/mighty-hoopla-festival-australia-tickets-lineup-date-85877/</w:t>
        </w:r>
      </w:hyperlink>
      <w:r>
        <w:t xml:space="preserve"> - Please view link - unable to able to access data</w:t>
      </w:r>
      <w:r/>
    </w:p>
    <w:p>
      <w:pPr>
        <w:pStyle w:val="ListNumber"/>
        <w:spacing w:line="240" w:lineRule="auto"/>
        <w:ind w:left="720"/>
      </w:pPr>
      <w:r/>
      <w:hyperlink r:id="rId10">
        <w:r>
          <w:rPr>
            <w:color w:val="0000EE"/>
            <w:u w:val="single"/>
          </w:rPr>
          <w:t>https://au.rollingstone.com/music/music-news/mighty-hoopla-festival-australia-tickets-lineup-date-85877/</w:t>
        </w:r>
      </w:hyperlink>
      <w:r>
        <w:t xml:space="preserve"> - The inaugural Mighty Hoopla Sydney festival is set to take place on February 21, 2026, at Bondi Beach, Sydney. The event will be headlined by global pop icon Kesha, known for hits like 'Tik Tok' and 'We R Who We R'. Other performers include Becky Hill, Delta Goodrem, Jessica Mauboy, Countess Luann, Rose Gray, and Tom Aspaul. Tickets will be available for pre-sale on October 22, 2025, and general sale on October 23, 2025, with prices starting from $169.90 plus booking fees.</w:t>
      </w:r>
      <w:r/>
    </w:p>
    <w:p>
      <w:pPr>
        <w:pStyle w:val="ListNumber"/>
        <w:spacing w:line="240" w:lineRule="auto"/>
        <w:ind w:left="720"/>
      </w:pPr>
      <w:r/>
      <w:hyperlink r:id="rId11">
        <w:r>
          <w:rPr>
            <w:color w:val="0000EE"/>
            <w:u w:val="single"/>
          </w:rPr>
          <w:t>https://au.rollingstone.com/music/music-news/kesha-to-headline-first-mighty-hoopla-festival-australia-85796/</w:t>
        </w:r>
      </w:hyperlink>
      <w:r>
        <w:t xml:space="preserve"> - Kesha is set to headline the first-ever Mighty Hoopla festival in Australia, scheduled for February 21, 2026, at Bondi Beach, Sydney. The festival, known for its vibrant pop culture celebrations, will feature a mix of music, drag performances, and pop euphoria. Mighty Hoopla co-founder Jamie Tagg expressed excitement about bringing the festival to Australia, highlighting Kesha's previous performance in London as a key factor in the decision.</w:t>
      </w:r>
      <w:r/>
    </w:p>
    <w:p>
      <w:pPr>
        <w:pStyle w:val="ListNumber"/>
        <w:spacing w:line="240" w:lineRule="auto"/>
        <w:ind w:left="720"/>
      </w:pPr>
      <w:r/>
      <w:hyperlink r:id="rId12">
        <w:r>
          <w:rPr>
            <w:color w:val="0000EE"/>
            <w:u w:val="single"/>
          </w:rPr>
          <w:t>https://www.mightyhoopla.com/faqs-sydney</w:t>
        </w:r>
      </w:hyperlink>
      <w:r>
        <w:t xml:space="preserve"> - The Mighty Hoopla Sydney FAQ page provides essential information for attendees, including ticket purchasing details, presale and general sale dates, ticket prices, and accessibility options. Tickets are available exclusively through Moshtix, with presale starting at 10 am AEDT on October 22, 2025, and general sale at 10 am AEDT on October 23, 2025. Prices range from $169.90 plus booking fees for general admission to $299.90 plus booking fees for VIP tickets. Accessible and companion tickets are also available upon request.</w:t>
      </w:r>
      <w:r/>
    </w:p>
    <w:p>
      <w:pPr>
        <w:pStyle w:val="ListNumber"/>
        <w:spacing w:line="240" w:lineRule="auto"/>
        <w:ind w:left="720"/>
      </w:pPr>
      <w:r/>
      <w:hyperlink r:id="rId13">
        <w:r>
          <w:rPr>
            <w:color w:val="0000EE"/>
            <w:u w:val="single"/>
          </w:rPr>
          <w:t>https://www.mightyhoopla.com/sydney</w:t>
        </w:r>
      </w:hyperlink>
      <w:r>
        <w:t xml:space="preserve"> - The official Mighty Hoopla Sydney website offers comprehensive details about the festival, including the full lineup, ticket information, and event updates. The site features information on the festival's history, its expansion to Australia, and the unique experiences attendees can expect. It also provides links to purchase tickets, sign up for newsletters, and access additional resources related to the event.</w:t>
      </w:r>
      <w:r/>
    </w:p>
    <w:p>
      <w:pPr>
        <w:pStyle w:val="ListNumber"/>
        <w:spacing w:line="240" w:lineRule="auto"/>
        <w:ind w:left="720"/>
      </w:pPr>
      <w:r/>
      <w:hyperlink r:id="rId14">
        <w:r>
          <w:rPr>
            <w:color w:val="0000EE"/>
            <w:u w:val="single"/>
          </w:rPr>
          <w:t>https://www.mightyhoopla.com/sydney/tickets</w:t>
        </w:r>
      </w:hyperlink>
      <w:r>
        <w:t xml:space="preserve"> - The Mighty Hoopla Sydney ticket page provides detailed information on ticket options, pricing, and purchasing instructions. Tickets are available through Moshtix, with options for general admission, VIP access, and discounted tickets for Aboriginal and Torres Strait Islander people and select concession card holders. The page also includes information on ticket delivery methods, terms and conditions, and contact details for customer support.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au.rollingstone.com/music/music-news/mighty-hoopla-festival-australia-tickets-lineup-date-85877/" TargetMode="External"/><Relationship Id="rId11" Type="http://schemas.openxmlformats.org/officeDocument/2006/relationships/hyperlink" Target="https://au.rollingstone.com/music/music-news/kesha-to-headline-first-mighty-hoopla-festival-australia-85796/" TargetMode="External"/><Relationship Id="rId12" Type="http://schemas.openxmlformats.org/officeDocument/2006/relationships/hyperlink" Target="https://www.mightyhoopla.com/faqs-sydney" TargetMode="External"/><Relationship Id="rId13" Type="http://schemas.openxmlformats.org/officeDocument/2006/relationships/hyperlink" Target="https://www.mightyhoopla.com/sydney" TargetMode="External"/><Relationship Id="rId14" Type="http://schemas.openxmlformats.org/officeDocument/2006/relationships/hyperlink" Target="https://www.mightyhoopla.com/sydney/ticke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