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'Queer film is an act of rebellion' says NewFest 2025 NYC's LGBTQ+ film festival</w:t>
      </w:r>
      <w:r/>
    </w:p>
    <w:p>
      <w:r/>
      <w:r/>
    </w:p>
    <w:p>
      <w:r>
        <w:drawing>
          <wp:inline xmlns:a="http://schemas.openxmlformats.org/drawingml/2006/main" xmlns:pic="http://schemas.openxmlformats.org/drawingml/2006/picture">
            <wp:extent cx="5080000" cy="283517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35179"/>
                    </a:xfrm>
                    <a:prstGeom prst="rect"/>
                  </pic:spPr>
                </pic:pic>
              </a:graphicData>
            </a:graphic>
          </wp:inline>
        </w:drawing>
      </w:r>
    </w:p>
    <w:p>
      <w:r/>
      <w:r>
        <w:t>The 37th annual New York City LGBTQ film festival NewFest opened on October 9, 2025, embracing the theme 'queer film is an act of rebellion.' As the city's largest LGBTQ+ film festival, NewFest has long been a vital platform for queer voices, and this year’s programming and atmosphere resonate powerfully with the spirit of resistance and visibility. David Hatkoff, NewFest’s executive director, articulated the significance of the moment ahead of the festival’s opening, emphasising the necessity for the LGBTQ+ community to raise its voice and assert its presence amid ongoing societal marginalisation. 'We need to be telling the world and those who would like to marginalize us or erase us entirely that we’re not going anywhere,' Hatkoff said, underscoring the festival's mission to create a communal space where joy itself becomes an act of defiance.</w:t>
      </w:r>
      <w:r/>
    </w:p>
    <w:p>
      <w:r/>
      <w:r>
        <w:t>Among this year’s standout offerings is the NSFW dark comedy Fucktoys [pictured], a bold and unapologetic queer narrative written and directed by Annapurna Sriram. The film follows a stripper and sex worker navigating a surreal, fictional locale known as Trashtown, seeking to break a mysterious curse with the help of a tarot card reader played by Big Freedia. Described by Hatkoff as perfectly embodying the festival’s theme, the film encourages audiences to laugh loudly and defiantly in the face of adversity. Fucktoys also features Brandon Flynn, known for his work on 13 Reasons Why, portraying James Francone, an actor who indulges in a flirtation with kink and secrecy by hiring a trans male sex worker for an explicit rendezvous. Flynn’s candid discussion of his role—and the risqué fisting scene involving a rubber jockstrap and a gold-painted penis extender—reveals his intention to push boundaries and dismantle the hypocrisies of hidden lives behind Hollywood’s facade. He reflected on the dual worlds many performers inhabit, noting, 'There are these hypocrisies and dual worlds and infrastructures and systems that are constantly in friction with each other.'</w:t>
      </w:r>
      <w:r/>
    </w:p>
    <w:p>
      <w:r/>
      <w:r>
        <w:t xml:space="preserve">Flynn’s artistic ambitions extend beyond this provocative role. He is soon to star in Willy and Jimmy Dean, a biopic exploring the purported gay college romance between the legendary James Dean and screenwriter William Bast, based on Bast’s memoir Surviving James Dean. Flynn attributes the historic silence surrounding Dean’s queerness to widespread homophobia and the actor’s massive status as a masculine icon, which often overshadows his more vulnerable truths. 'James Dean is what a real man is. But he was also emotional. I think that shakes people, especially people’s fragile heterosexuality,' Flynn explained. He regards his openness about his own sexuality as both a personal and professional responsibility, proud to be an out actor who challenges industry stigma and representation.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https://variety.com/2025/film/festivals/brandon-flynn-nsfw-sex-scene-fucktoys-james-dean-biopic-gay-romance-1236544568/</w:t>
        </w:r>
      </w:hyperlink>
      <w:r>
        <w:t xml:space="preserve"> - Please view link - unable to able to access data</w:t>
      </w:r>
      <w:r/>
    </w:p>
    <w:p>
      <w:pPr>
        <w:pStyle w:val="ListNumber"/>
        <w:spacing w:line="240" w:lineRule="auto"/>
        <w:ind w:left="720"/>
      </w:pPr>
      <w:r/>
      <w:hyperlink r:id="rId11">
        <w:r>
          <w:rPr>
            <w:color w:val="0000EE"/>
            <w:u w:val="single"/>
          </w:rPr>
          <w:t>https://www.nbcnewyork.com/news/local/rebellion-is-on-the-mind-at-newfest-nycs-largest-lgbtq-film-festival/6401642/</w:t>
        </w:r>
      </w:hyperlink>
      <w:r>
        <w:t xml:space="preserve"> - This article discusses the 37th edition of NewFest, New York City's largest LGBTQ+ film festival, which began on October 9, 2025. The festival's theme, 'Rebellion is on the mind at NewFest,' highlights the importance of visibility and resistance in the LGBTQ+ community. Executive Director David Hatkoff emphasizes that attending the festival is a form of protest against those attempting to silence and demonize the community. The festival features a lineup of films that showcase queer defiance across decades and identities, including the opening night film 'Blue Moon' directed by Richard Linklater.</w:t>
      </w:r>
      <w:r/>
    </w:p>
    <w:p>
      <w:pPr>
        <w:pStyle w:val="ListNumber"/>
        <w:spacing w:line="240" w:lineRule="auto"/>
        <w:ind w:left="720"/>
      </w:pPr>
      <w:r/>
      <w:hyperlink r:id="rId12">
        <w:r>
          <w:rPr>
            <w:color w:val="0000EE"/>
            <w:u w:val="single"/>
          </w:rPr>
          <w:t>https://www.pride.com/events/newfest</w:t>
        </w:r>
      </w:hyperlink>
      <w:r>
        <w:t xml:space="preserve"> - This article announces NewFest's third annual retrospective screening series titled 'Queering the Canon: Totally Radical.' The series features films that are 'proudly queer, playfully rebellious, and full of fury.' The programming includes a 4K restoration of Gregg Araki’s 'The Doom Generation' and other films that reimagine the queer film canon. The screenings will take place at the Brooklyn Academy of Music (BAM) and will be presented in 35mm or DCP Restoration. The event aims to celebrate queer cinema and its contributions to the cultural landscape.</w:t>
      </w:r>
      <w:r/>
    </w:p>
    <w:p>
      <w:pPr>
        <w:pStyle w:val="ListNumber"/>
        <w:spacing w:line="240" w:lineRule="auto"/>
        <w:ind w:left="720"/>
      </w:pPr>
      <w:r/>
      <w:hyperlink r:id="rId13">
        <w:r>
          <w:rPr>
            <w:color w:val="0000EE"/>
            <w:u w:val="single"/>
          </w:rPr>
          <w:t>https://www.them.us/story/brandon-flynn-james-dean-biopic-willie-and-jimmy-dean</w:t>
        </w:r>
      </w:hyperlink>
      <w:r>
        <w:t xml:space="preserve"> - This article reports on actor Brandon Flynn being cast in a biopic titled 'Willie and Jimmy Dean,' focusing on the alleged queer romance between James Dean and screenwriter William Bast. The film is based on Bast’s 2006 memoir, 'Surviving James Dean,' and is directed by Guy Guido. The story explores the complexities of their relationship during a time when being openly gay was challenging. Flynn, who is openly queer, expresses his enthusiasm for portraying Dean and bringing this narrative to the screen.</w:t>
      </w:r>
      <w:r/>
    </w:p>
    <w:p>
      <w:pPr>
        <w:pStyle w:val="ListNumber"/>
        <w:spacing w:line="240" w:lineRule="auto"/>
        <w:ind w:left="720"/>
      </w:pPr>
      <w:r/>
      <w:hyperlink r:id="rId14">
        <w:r>
          <w:rPr>
            <w:color w:val="0000EE"/>
            <w:u w:val="single"/>
          </w:rPr>
          <w:t>https://www.edgemedianetwork.com/story/158361</w:t>
        </w:r>
      </w:hyperlink>
      <w:r>
        <w:t xml:space="preserve"> - This article provides an overview of NewFest 2025, highlighting its role as a platform for global queer cinema and community. The festival, now in its 37th year, runs from October 9-21, 2025, and features over 130 queer films from around the world. The theme, 'Showing up is a protest—every screening a statement, every story a spark,' reflects the festival's commitment to cultural celebration and political activism. The opening night film, 'Blue Moon,' directed by Richard Linklater, sets the tone for the festival's focus on intersectionality and resilience.</w:t>
      </w:r>
      <w:r/>
    </w:p>
    <w:p>
      <w:pPr>
        <w:pStyle w:val="ListNumber"/>
        <w:spacing w:line="240" w:lineRule="auto"/>
        <w:ind w:left="720"/>
      </w:pPr>
      <w:r/>
      <w:hyperlink r:id="rId15">
        <w:r>
          <w:rPr>
            <w:color w:val="0000EE"/>
            <w:u w:val="single"/>
          </w:rPr>
          <w:t>https://www.goelevent.com/NewFest/e/SHORTSTHEQUEERREBELLION</w:t>
        </w:r>
      </w:hyperlink>
      <w:r>
        <w:t xml:space="preserve"> - This page provides information about the 'SHORTS: THE QUEER REBELLION' program at NewFest. The program showcases queer defiance across decades and identities, featuring films that highlight activism, euphoria, and radical imagination. The lineup includes 'Silence = Death,' directed by Trace Pope, which focuses on an ACT UP demonstration, and 'Echoes: The B Side,' directed by Mars Storm Rucker, exploring healing through nostalgia and connection to the inner child. The program celebrates community power and the refusal to be erased.</w:t>
      </w:r>
      <w:r/>
    </w:p>
    <w:sectPr w:rsidR="008F16EB" w:rsidRPr="008F16EB"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hAnsi="Georgia" w:cs="Georgia"/>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240" w:after="160" w:line="240" w:lineRule="auto"/>
      <w:outlineLvl w:val="0"/>
    </w:pPr>
    <w:rPr>
      <w:rFonts w:ascii="Georgia" w:hAnsi="Georgia" w:cs="Georgia"/>
      <w:b/>
      <w:bCs/>
      <w:color w:val="1C1917"/>
      <w:sz w:val="52"/>
      <w:szCs w:val="52"/>
      <w:w w:val="90"/>
    </w:rPr>
  </w:style>
  <w:style w:type="paragraph" w:styleId="Heading2">
    <w:name w:val="heading 2"/>
    <w:basedOn w:val="Normal"/>
    <w:next w:val="Normal"/>
    <w:link w:val="Heading2Char"/>
    <w:uiPriority w:val="9"/>
    <w:unhideWhenUsed/>
    <w:qFormat/>
    <w:rsid w:val="00641096"/>
    <w:pPr>
      <w:keepNext/>
      <w:keepLines/>
      <w:spacing w:before="400" w:after="120"/>
      <w:outlineLvl w:val="1"/>
    </w:pPr>
    <w:rPr>
      <w:rFonts w:ascii="Georgia" w:hAnsi="Georgia" w:cs="Georgia"/>
      <w:b/>
      <w:bCs/>
      <w:color w:val="1C1917"/>
      <w:sz w:val="36"/>
      <w:szCs w:val="36"/>
      <w:w w:val="90"/>
    </w:rPr>
  </w:style>
  <w:style w:type="paragraph" w:styleId="Heading3">
    <w:name w:val="heading 3"/>
    <w:basedOn w:val="Normal"/>
    <w:next w:val="Normal"/>
    <w:link w:val="Heading3Char"/>
    <w:uiPriority w:val="9"/>
    <w:unhideWhenUsed/>
    <w:qFormat/>
    <w:rsid w:val="00641096"/>
    <w:pPr>
      <w:keepNext/>
      <w:keepLines/>
      <w:spacing w:before="320" w:after="80"/>
      <w:outlineLvl w:val="2"/>
    </w:pPr>
    <w:rPr>
      <w:rFonts w:ascii="Georgia" w:hAnsi="Georgia" w:cs="Georgia"/>
      <w:b/>
      <w:bCs/>
      <w:color w:val="374151"/>
      <w:sz w:val="28"/>
      <w:szCs w:val="28"/>
      <w:w w:val="90"/>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variety.com/2025/film/festivals/brandon-flynn-nsfw-sex-scene-fucktoys-james-dean-biopic-gay-romance-1236544568/" TargetMode="External"/><Relationship Id="rId11" Type="http://schemas.openxmlformats.org/officeDocument/2006/relationships/hyperlink" Target="https://www.nbcnewyork.com/news/local/rebellion-is-on-the-mind-at-newfest-nycs-largest-lgbtq-film-festival/6401642/" TargetMode="External"/><Relationship Id="rId12" Type="http://schemas.openxmlformats.org/officeDocument/2006/relationships/hyperlink" Target="https://www.pride.com/events/newfest" TargetMode="External"/><Relationship Id="rId13" Type="http://schemas.openxmlformats.org/officeDocument/2006/relationships/hyperlink" Target="https://www.them.us/story/brandon-flynn-james-dean-biopic-willie-and-jimmy-dean" TargetMode="External"/><Relationship Id="rId14" Type="http://schemas.openxmlformats.org/officeDocument/2006/relationships/hyperlink" Target="https://www.edgemedianetwork.com/story/158361" TargetMode="External"/><Relationship Id="rId15" Type="http://schemas.openxmlformats.org/officeDocument/2006/relationships/hyperlink" Target="https://www.goelevent.com/NewFest/e/SHORTSTHEQUEERREBELL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chemas.openxmlformats.org/officeDocument/2006/relationships/officeDocument"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