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Cynthia Erivo to star in animated Bad Fairies from the team that brought us Six the Musical</w:t>
      </w:r>
      <w:r/>
    </w:p>
    <w:p>
      <w:r/>
      <w:r/>
    </w:p>
    <w:p>
      <w:r>
        <w:drawing>
          <wp:inline xmlns:a="http://schemas.openxmlformats.org/drawingml/2006/main" xmlns:pic="http://schemas.openxmlformats.org/drawingml/2006/picture">
            <wp:extent cx="5080000" cy="282878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28786"/>
                    </a:xfrm>
                    <a:prstGeom prst="rect"/>
                  </pic:spPr>
                </pic:pic>
              </a:graphicData>
            </a:graphic>
          </wp:inline>
        </w:drawing>
      </w:r>
    </w:p>
    <w:p>
      <w:r/>
      <w:r>
        <w:t>Cynthia Erivo is set to take on a leading role in the upcoming animated musical Bad Fairies, a new project from Warner Bros slated for release on May 21, 2027. This marks her first major lead in an animated film, following her voice work in the HBO adaptation of Charlotte’s Web. In Bad Fairies, Erivo will lend her voice to Jayne Staplegun, a rebellious and trailblazing fairy who instigates a revolution within her magical community. The film promises to be a subversive musical comedy that explores themes of defiance and change through its enchanted characters.</w:t>
      </w:r>
      <w:r/>
    </w:p>
    <w:p>
      <w:r/>
      <w:r>
        <w:t>The musical component is crafted by celebrated creators Toby Marlow and Lucy Moss [pictured], the duo behind the hit Six the Musical. Their previous work has garnered critical acclaim and numerous awards, including the 2022 Tony Award for Best Original Score. Their fresh and vibrant songwriting style is expected to bring a dynamic energy to Bad Fairies. The film is directed by Megan Nicole Dong, known for her work on the animated series Centaurworld, with a screenplay by Deborah Frances-White, host of The Guilty Feminist podcast. The combination of this creative team signals a bold and innovative approach to storytelling within the animation space.</w:t>
      </w:r>
      <w:r/>
    </w:p>
    <w:p>
      <w:r/>
      <w:r>
        <w:t>For fans of Cynthia Erivo, Bad Fairies adds to an already impressive slate of forthcoming projects. She will next appear as Elphaba in the film adaptation Wicked: For Good, set to release on November 21, 2025. This sequel continues the story of Elphaba and Glinda in Oz, expanding on the original musical's narrative with new songs by Stephen Schwartz, the legendary composer behind the original Wicked score. Erivo’s involvement in Wicked: For Good has been highly anticipated, with industry commentary highlighting the physical, emotional, and mental demands of embodying such a complex character. The film also stars Ariana Grande as Glinda, and the final trailers have showcased the evolving dynamic between their characters against Oz's political backdrop.</w:t>
      </w:r>
      <w:r/>
    </w:p>
    <w:p>
      <w:r/>
      <w:r>
        <w:t xml:space="preserve">Beyond screen roles, Erivo is maintaining a strong presence in theatre and music, reflecting her versatility as a performer. Her recent hosting of the Tony Awards and starring role in Jesus Christ Superstar at the Hollywood Bowl underscore her continued prominence in live performance. Additionally, she is preparing for a solo West End production of Dracula in 2026 and is involved in the film adaptation of Tomi Adeyemi’s Children of Blood and Bone. Her career trajectory cements her as a powerhouse across multiple disciplines, and Bad Fairies offers a fresh avenue for her talents to flourish in animation and musical storytelling.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https://www.broadwayworld.com/article/Cynthia-Erivo-to-Lead-New-Animated-Musical-BAD-FAIRIES-From-Warner-Bros-20251009</w:t>
        </w:r>
      </w:hyperlink>
      <w:r>
        <w:t xml:space="preserve"> - Please view link - unable to able to access data</w:t>
      </w:r>
      <w:r/>
    </w:p>
    <w:p>
      <w:pPr>
        <w:pStyle w:val="ListNumber"/>
        <w:spacing w:line="240" w:lineRule="auto"/>
        <w:ind w:left="720"/>
      </w:pPr>
      <w:r/>
      <w:hyperlink r:id="rId10">
        <w:r>
          <w:rPr>
            <w:color w:val="0000EE"/>
            <w:u w:val="single"/>
          </w:rPr>
          <w:t>https://www.broadwayworld.com/article/Cynthia-Erivo-to-Lead-New-Animated-Musical-BAD-FAIRIES-From-Warner-Bros-20251009</w:t>
        </w:r>
      </w:hyperlink>
      <w:r>
        <w:t xml:space="preserve"> - Cynthia Erivo is set to star in 'Bad Fairies', an animated musical from Warner Bros. The film, scheduled for release on May 21, 2027, features original songs by Toby Marlow and Lucy Moss, creators of 'Six the Musical'. Erivo will voice Jayne Staplegun, a rebellious fairy leading a revolution. Directed by Megan Nicole Dong, known for 'Centaurworld', and written by Deborah Frances-White, host of 'The Guilty Feminist' podcast, this marks Erivo's first major animated film role, following her voice work in HBO's 'Charlotte's Web' adaptation.</w:t>
      </w:r>
      <w:r/>
    </w:p>
    <w:p>
      <w:pPr>
        <w:pStyle w:val="ListNumber"/>
        <w:spacing w:line="240" w:lineRule="auto"/>
        <w:ind w:left="720"/>
      </w:pPr>
      <w:r/>
      <w:hyperlink r:id="rId11">
        <w:r>
          <w:rPr>
            <w:color w:val="0000EE"/>
            <w:u w:val="single"/>
          </w:rPr>
          <w:t>https://www.cinemablend.com/movies/ariana-grande-wicked-for-good-tremendous-undertaking-mentally-physically-emotionally</w:t>
        </w:r>
      </w:hyperlink>
      <w:r>
        <w:t xml:space="preserve"> - Ariana Grande discussed the challenges of filming 'Wicked: For Good', the sequel to the 2024 adaptation of the Broadway musical 'Wicked'. She described the experience as 'tremendous', highlighting the mental, physical, and emotional demands of the production. The film, set for release on November 21, 2025, continues the story of Elphaba (Cynthia Erivo) and Glinda (Grande), exploring their lives after Dorothy's arrival in Oz. The sequel includes two new songs by Stephen Schwartz, adding to the original musical's legacy.</w:t>
      </w:r>
      <w:r/>
    </w:p>
    <w:p>
      <w:pPr>
        <w:pStyle w:val="ListNumber"/>
        <w:spacing w:line="240" w:lineRule="auto"/>
        <w:ind w:left="720"/>
      </w:pPr>
      <w:r/>
      <w:hyperlink r:id="rId12">
        <w:r>
          <w:rPr>
            <w:color w:val="0000EE"/>
            <w:u w:val="single"/>
          </w:rPr>
          <w:t>https://www.nbc.com/nbc-insider/everything-to-know-about-wicked-for-good</w:t>
        </w:r>
      </w:hyperlink>
      <w:r>
        <w:t xml:space="preserve"> - NBC provides comprehensive details about 'Wicked: For Good', the sequel to the 2024 film adaptation of the Broadway musical 'Wicked'. The film, directed by Jon M. Chu, is set to release on November 21, 2025. It continues the story of Elphaba (Cynthia Erivo) and Glinda (Ariana Grande), delving into their lives after Dorothy's arrival in Oz. The sequel includes two new songs by Stephen Schwartz, expanding the musical's rich legacy.</w:t>
      </w:r>
      <w:r/>
    </w:p>
    <w:p>
      <w:pPr>
        <w:pStyle w:val="ListNumber"/>
        <w:spacing w:line="240" w:lineRule="auto"/>
        <w:ind w:left="720"/>
      </w:pPr>
      <w:r/>
      <w:hyperlink r:id="rId13">
        <w:r>
          <w:rPr>
            <w:color w:val="0000EE"/>
            <w:u w:val="single"/>
          </w:rPr>
          <w:t>https://www.primetimer.com/features/wicked-for-good-trailer-marks-cynthia-erivo-and-ariana-grandes-dazzling-return-as-elphaba-and-glinda</w:t>
        </w:r>
      </w:hyperlink>
      <w:r>
        <w:t xml:space="preserve"> - The final trailer for 'Wicked: For Good' showcases Cynthia Erivo and Ariana Grande's return as Elphaba and Glinda. Directed by Jon M. Chu, the film is set to release on November 21, 2025. The trailer highlights the evolving relationship between Elphaba and Glinda, set against the backdrop of Oz's political landscape. The sequel includes two new songs by Stephen Schwartz, adding depth to the original musical's narrative.</w:t>
      </w:r>
      <w:r/>
    </w:p>
    <w:p>
      <w:pPr>
        <w:pStyle w:val="ListNumber"/>
        <w:spacing w:line="240" w:lineRule="auto"/>
        <w:ind w:left="720"/>
      </w:pPr>
      <w:r/>
      <w:hyperlink r:id="rId14">
        <w:r>
          <w:rPr>
            <w:color w:val="0000EE"/>
            <w:u w:val="single"/>
          </w:rPr>
          <w:t>https://www.ndtv.com/entertainment/ariana-grande-cynthia-erivo-starrer-wicked-for-good-trailer-out-now-8593243</w:t>
        </w:r>
      </w:hyperlink>
      <w:r>
        <w:t xml:space="preserve"> - NDTV reports on the release of the trailer for 'Wicked: For Good', the sequel to the 2024 film adaptation of the Broadway musical 'Wicked'. Directed by Jon M. Chu, the film stars Ariana Grande as Glinda and Cynthia Erivo as Elphaba. Set for release on November 21, 2025, the sequel continues the story of Elphaba and Glinda, exploring their lives after Dorothy's arrival in Oz. The film includes two new songs by Stephen Schwartz, expanding the musical's rich legacy.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roadwayworld.com/article/Cynthia-Erivo-to-Lead-New-Animated-Musical-BAD-FAIRIES-From-Warner-Bros-20251009" TargetMode="External"/><Relationship Id="rId11" Type="http://schemas.openxmlformats.org/officeDocument/2006/relationships/hyperlink" Target="https://www.cinemablend.com/movies/ariana-grande-wicked-for-good-tremendous-undertaking-mentally-physically-emotionally" TargetMode="External"/><Relationship Id="rId12" Type="http://schemas.openxmlformats.org/officeDocument/2006/relationships/hyperlink" Target="https://www.nbc.com/nbc-insider/everything-to-know-about-wicked-for-good" TargetMode="External"/><Relationship Id="rId13" Type="http://schemas.openxmlformats.org/officeDocument/2006/relationships/hyperlink" Target="https://www.primetimer.com/features/wicked-for-good-trailer-marks-cynthia-erivo-and-ariana-grandes-dazzling-return-as-elphaba-and-glinda" TargetMode="External"/><Relationship Id="rId14" Type="http://schemas.openxmlformats.org/officeDocument/2006/relationships/hyperlink" Target="https://www.ndtv.com/entertainment/ariana-grande-cynthia-erivo-starrer-wicked-for-good-trailer-out-now-85932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