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Taylor Swift and Travis Kelce have a ton of 'hot gay friends'</w:t>
      </w:r>
      <w:r/>
    </w:p>
    <w:p>
      <w:r/>
      <w:r/>
    </w:p>
    <w:p>
      <w:r>
        <w:drawing>
          <wp:inline xmlns:a="http://schemas.openxmlformats.org/drawingml/2006/main" xmlns:pic="http://schemas.openxmlformats.org/drawingml/2006/picture">
            <wp:extent cx="5080000" cy="3356303"/>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356303"/>
                    </a:xfrm>
                    <a:prstGeom prst="rect"/>
                  </pic:spPr>
                </pic:pic>
              </a:graphicData>
            </a:graphic>
          </wp:inline>
        </w:drawing>
      </w:r>
    </w:p>
    <w:p>
      <w:r/>
      <w:r>
        <w:t xml:space="preserve">Taylor Swift, whose millions of fans are obsessed by her relationship with NFL star Travis Kelce, recently revealed that the Kansas City Chiefs' tight end has 'hot gay friends,' and shared that she herself 'also have a lot of those.' </w:t>
      </w:r>
      <w:r/>
    </w:p>
    <w:p>
      <w:r/>
      <w:r>
        <w:t xml:space="preserve">Kelce, a three-time Super Bowl champion (yeah, us neither) and a GQ cover figure, has long been vocal about his support for diversity in professional sports. Back in 2017, he told Outsports that anyone could play in the NFL regardless of sexual orientation and emphasised the importance of being comfortable with oneself. </w:t>
      </w:r>
      <w:r/>
    </w:p>
    <w:p>
      <w:r/>
      <w:r>
        <w:t xml:space="preserve">Kelce’s openness on these matters extends to his family as well. His brother Jason Kelce, a Super Bowl winner with the Philadelphia Eagles and his podcast co-host on New Heights, has publicly supported Travis in the face of homophobic trolling, albeit with some controversy over the language used. Travis himself weighed in during a podcast episode, remarking on the complexity of responding to hate while maintaining respect and rejecting hatred as a way of life. </w:t>
      </w:r>
      <w:r/>
    </w:p>
    <w:p>
      <w:r/>
      <w:r>
        <w:t>Taylor Swift’s engagement to Kelce, announced earlier this year, has also had a notable impact beyond their personal lives. NFL Commissioner Roger Goodell acknowledged that Swift’s relationship with Kelce has broadened the league’s appeal, drawing in a younger and more diverse fan base. Her visible enthusiasm for the sport at games and in public appearances has contributed to heightened interest in the Chiefs, exemplifying a rare crossover between pop culture and professional sports that benefits both fields. According to Goodell, Swift’s fandom has injected a fresh energy into the league, which is often criticised for lacking diversity.</w:t>
      </w:r>
      <w:r/>
    </w:p>
    <w:p>
      <w:r/>
      <w:r>
        <w:t xml:space="preserve">During the HITS Radio interview, Swift described Kelce as 'the most fun person, life of any party,' even when it’s just the two of them. Swift also joked about her close bond with Ed Sheeran, noting the inevitability of his presence if there’s a microphone at her wedding. Source: </w:t>
      </w:r>
      <w:hyperlink r:id="rId9">
        <w:r>
          <w:rPr>
            <w:color w:val="0000EE"/>
            <w:u w:val="single"/>
          </w:rPr>
          <w:t>Noah Wire Services</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https://www.queerty.com/taylor-swift-just-said-travis-kelce-has-hot-gay-friends-now-were-scouting-the-chiefs-roster-20251006/</w:t>
        </w:r>
      </w:hyperlink>
      <w:r>
        <w:t xml:space="preserve"> - Please view link - unable to able to access data</w:t>
      </w:r>
      <w:r/>
    </w:p>
    <w:p>
      <w:pPr>
        <w:pStyle w:val="ListNumber"/>
        <w:spacing w:line="240" w:lineRule="auto"/>
        <w:ind w:left="720"/>
      </w:pPr>
      <w:r/>
      <w:hyperlink r:id="rId10">
        <w:r>
          <w:rPr>
            <w:color w:val="0000EE"/>
            <w:u w:val="single"/>
          </w:rPr>
          <w:t>https://www.queerty.com/taylor-swift-just-said-travis-kelce-has-hot-gay-friends-now-were-scouting-the-chiefs-roster-20251006/</w:t>
        </w:r>
      </w:hyperlink>
      <w:r>
        <w:t xml:space="preserve"> - In an interview on HITS Radio, Taylor Swift, engaged to NFL player Travis Kelce, was asked if he has any 'hot gay friends.' Swift confirmed, 'Yeah,' and added, 'I also have a lot of those.' This exchange has sparked curiosity about the Kansas City Chiefs roster, with fans playfully speculating about the presence of attractive gay players. The article highlights the lighthearted nature of the conversation and the ensuing online reactions.</w:t>
      </w:r>
      <w:r/>
    </w:p>
    <w:p>
      <w:pPr>
        <w:pStyle w:val="ListNumber"/>
        <w:spacing w:line="240" w:lineRule="auto"/>
        <w:ind w:left="720"/>
      </w:pPr>
      <w:r/>
      <w:hyperlink r:id="rId11">
        <w:r>
          <w:rPr>
            <w:color w:val="0000EE"/>
            <w:u w:val="single"/>
          </w:rPr>
          <w:t>https://www.cinemablend.com/streaming-news/taylor-swift-hilariously-didnt-hold-back-explaining-why-knows-ed-sheeran-performing-her-wedding</w:t>
        </w:r>
      </w:hyperlink>
      <w:r>
        <w:t xml:space="preserve"> - Taylor Swift humorously discussed the possibility of Ed Sheeran performing at her wedding to Travis Kelce. In a recent interview, she joked that it would be impossible to stop Sheeran from taking the stage if there's a microphone present, highlighting their close friendship and shared love for performing. Swift's playful remarks underscore the strong bond between the two artists and the likelihood of Sheeran being part of her wedding celebrations.</w:t>
      </w:r>
      <w:r/>
    </w:p>
    <w:p>
      <w:pPr>
        <w:pStyle w:val="ListNumber"/>
        <w:spacing w:line="240" w:lineRule="auto"/>
        <w:ind w:left="720"/>
      </w:pPr>
      <w:r/>
      <w:hyperlink r:id="rId12">
        <w:r>
          <w:rPr>
            <w:color w:val="0000EE"/>
            <w:u w:val="single"/>
          </w:rPr>
          <w:t>https://www.reuters.com/sports/taylor-swifts-nfl-love-story-music-to-ears-of-commissioner-goodell-2025-10-02/</w:t>
        </w:r>
      </w:hyperlink>
      <w:r>
        <w:t xml:space="preserve"> - NFL Commissioner Roger Goodell acknowledged the positive impact of Taylor Swift's relationship with Travis Kelce on the league's popularity. Swift's presence at major games and her public engagement with Kelce have attracted a significant number of her fans to the sport, boosting the Chiefs' fan base. Goodell praised Swift's crossover appeal, noting that her enthusiasm for the game has inspired younger audiences to engage with the NFL.</w:t>
      </w:r>
      <w:r/>
    </w:p>
    <w:p>
      <w:pPr>
        <w:pStyle w:val="ListNumber"/>
        <w:spacing w:line="240" w:lineRule="auto"/>
        <w:ind w:left="720"/>
      </w:pPr>
      <w:r/>
      <w:hyperlink r:id="rId13">
        <w:r>
          <w:rPr>
            <w:color w:val="0000EE"/>
            <w:u w:val="single"/>
          </w:rPr>
          <w:t>https://www.queerty.com/that-time-travis-kelce-said-hed-totally-support-a-gay-teammate-way-back-in-2017-20240208</w:t>
        </w:r>
      </w:hyperlink>
      <w:r>
        <w:t xml:space="preserve"> - In a 2017 interview with Outsports, Travis Kelce expressed support for having a gay teammate, stating, 'Anybody in this world [can play]. I'm comfortable with who I am and I expect everyone to be comfortable with who they are.' This statement highlights Kelce's inclusive attitude and respect for diversity within the NFL.</w:t>
      </w:r>
      <w:r/>
    </w:p>
    <w:p>
      <w:pPr>
        <w:pStyle w:val="ListNumber"/>
        <w:spacing w:line="240" w:lineRule="auto"/>
        <w:ind w:left="720"/>
      </w:pPr>
      <w:r/>
      <w:hyperlink r:id="rId14">
        <w:r>
          <w:rPr>
            <w:color w:val="0000EE"/>
            <w:u w:val="single"/>
          </w:rPr>
          <w:t>https://www.cbsnews.com/news/travis-kelce-engagement-taylor-swift-new-heights-podcast/</w:t>
        </w:r>
      </w:hyperlink>
      <w:r>
        <w:t xml:space="preserve"> - Travis Kelce spoke about his engagement to Taylor Swift on the 'New Heights' podcast, co-hosted with his brother Jason Kelce. He shared his excitement about introducing Swift as his fiancée to his teammates and expressed his joy in sharing his life with her. The conversation highlighted the couple's happiness and the support they receive from their families.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noahwire.com" TargetMode="External"/><Relationship Id="rId10" Type="http://schemas.openxmlformats.org/officeDocument/2006/relationships/hyperlink" Target="https://www.queerty.com/taylor-swift-just-said-travis-kelce-has-hot-gay-friends-now-were-scouting-the-chiefs-roster-20251006/" TargetMode="External"/><Relationship Id="rId11" Type="http://schemas.openxmlformats.org/officeDocument/2006/relationships/hyperlink" Target="https://www.cinemablend.com/streaming-news/taylor-swift-hilariously-didnt-hold-back-explaining-why-knows-ed-sheeran-performing-her-wedding" TargetMode="External"/><Relationship Id="rId12" Type="http://schemas.openxmlformats.org/officeDocument/2006/relationships/hyperlink" Target="https://www.reuters.com/sports/taylor-swifts-nfl-love-story-music-to-ears-of-commissioner-goodell-2025-10-02/" TargetMode="External"/><Relationship Id="rId13" Type="http://schemas.openxmlformats.org/officeDocument/2006/relationships/hyperlink" Target="https://www.queerty.com/that-time-travis-kelce-said-hed-totally-support-a-gay-teammate-way-back-in-2017-20240208" TargetMode="External"/><Relationship Id="rId14" Type="http://schemas.openxmlformats.org/officeDocument/2006/relationships/hyperlink" Target="https://www.cbsnews.com/news/travis-kelce-engagement-taylor-swift-new-heights-podca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