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Remembering Matthew Shepard</w:t>
      </w:r>
      <w:r/>
    </w:p>
    <w:p>
      <w:r/>
      <w:r/>
    </w:p>
    <w:p>
      <w:r>
        <w:drawing>
          <wp:inline xmlns:a="http://schemas.openxmlformats.org/drawingml/2006/main" xmlns:pic="http://schemas.openxmlformats.org/drawingml/2006/picture">
            <wp:extent cx="5080000" cy="288804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88047"/>
                    </a:xfrm>
                    <a:prstGeom prst="rect"/>
                  </pic:spPr>
                </pic:pic>
              </a:graphicData>
            </a:graphic>
          </wp:inline>
        </w:drawing>
      </w:r>
    </w:p>
    <w:p>
      <w:r/>
      <w:r>
        <w:t>On October 7, 1998, Matthew Shepard, a 21-year-old gay college student at the University of Wyoming, was brutally attacked, beaten, and left tied to a wooden fencepost outside Laramie. He succumbed to his injuries five days later. This horrific act, committed by Russell Henderson and Aaron McKinney, who were later convicted and sentenced to two consecutive life terms without parole, became a pivotal moment in the fight against hate crimes in the United States.</w:t>
      </w:r>
      <w:r/>
    </w:p>
    <w:p>
      <w:r/>
      <w:r>
        <w:t xml:space="preserve">The murder of Matthew Shepard gained extensive media coverage and stirred national outrage, highlighting the brutal reality of violence faced by the LGBTQ+ community. It spurred a significant cultural and legislative response, eventually leading to the passage of hate crime laws that include protections for sexual orientation. The case underscored the urgent need for societal recognition and protection of LGBTQ+ rights, and it remains a stark reminder of the dangers of intolerance and prejudice.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https://www.pilotonline.com/2025/10/07/today-in-history-october-7-matthew-shepard-beaten-and-left-tied-to-a-wyoming-fencepost/</w:t>
        </w:r>
      </w:hyperlink>
      <w:r>
        <w:t xml:space="preserve"> - Please view link - unable to able to access data</w:t>
      </w:r>
      <w:r/>
    </w:p>
    <w:p>
      <w:pPr>
        <w:pStyle w:val="ListNumber"/>
        <w:spacing w:line="240" w:lineRule="auto"/>
        <w:ind w:left="720"/>
      </w:pPr>
      <w:r/>
      <w:hyperlink r:id="rId11">
        <w:r>
          <w:rPr>
            <w:color w:val="0000EE"/>
            <w:u w:val="single"/>
          </w:rPr>
          <w:t>https://www.wyohistory.org/encyclopedia/murder-matthew-shepard</w:t>
        </w:r>
      </w:hyperlink>
      <w:r>
        <w:t xml:space="preserve"> - This article provides a detailed account of the 1998 murder of Matthew Shepard, a 21-year-old University of Wyoming student who was openly gay. It describes the events leading up to his death, the subsequent media coverage, and the impact on hate crime legislation. The piece also discusses the trials of the perpetrators, Aaron McKinney and Russell Henderson, who were each sentenced to two consecutive life terms without the possibility of parole. The article highlights the broader implications of the case on LGBTQ rights and societal attitudes towards hate crimes.</w:t>
      </w:r>
      <w:r/>
    </w:p>
    <w:p>
      <w:pPr>
        <w:pStyle w:val="ListNumber"/>
        <w:spacing w:line="240" w:lineRule="auto"/>
        <w:ind w:left="720"/>
      </w:pPr>
      <w:r/>
      <w:hyperlink r:id="rId12">
        <w:r>
          <w:rPr>
            <w:color w:val="0000EE"/>
            <w:u w:val="single"/>
          </w:rPr>
          <w:t>https://www.dw.com/en/october-7-hamas-attacks-on-israel-a-year-later/a-70399696</w:t>
        </w:r>
      </w:hyperlink>
      <w:r>
        <w:t xml:space="preserve"> - This article examines the aftermath of the October 7, 2023, Hamas-led attacks on Israel, which resulted in nearly 1,200 deaths and around 250 hostages taken. It discusses the military response from Israel, including airstrikes and a ground offensive in Gaza, and the resulting humanitarian crisis. The piece also explores the international community's reaction and the ongoing conflict's impact on regional stability. The article provides insights into the complexities of the Israeli-Palestinian conflict and the challenges in achieving a peaceful resolution.</w:t>
      </w:r>
      <w:r/>
    </w:p>
    <w:p>
      <w:pPr>
        <w:pStyle w:val="ListNumber"/>
        <w:spacing w:line="240" w:lineRule="auto"/>
        <w:ind w:left="720"/>
      </w:pPr>
      <w:r/>
      <w:hyperlink r:id="rId13">
        <w:r>
          <w:rPr>
            <w:color w:val="0000EE"/>
            <w:u w:val="single"/>
          </w:rPr>
          <w:t>https://www.hrw.org/news/2023/10/18/israel/palestine-videos-hamas-led-attacks-verified</w:t>
        </w:r>
      </w:hyperlink>
      <w:r>
        <w:t xml:space="preserve"> - Human Rights Watch verified four videos from the October 7, 2023, Hamas-led attacks, showing deliberate killings. The article presents this analysis and calls for investigations into these incidents as war crimes. It highlights the severity of the attacks, which resulted in at least 1,400 deaths, many of them civilians, including children. The piece underscores the importance of international accountability and the need for thorough investigations into such violations of international law.</w:t>
      </w:r>
      <w:r/>
    </w:p>
    <w:p>
      <w:pPr>
        <w:pStyle w:val="ListNumber"/>
        <w:spacing w:line="240" w:lineRule="auto"/>
        <w:ind w:left="720"/>
      </w:pPr>
      <w:r/>
      <w:hyperlink r:id="rId14">
        <w:r>
          <w:rPr>
            <w:color w:val="0000EE"/>
            <w:u w:val="single"/>
          </w:rPr>
          <w:t>https://www.cnbc.com/2023/10/08/israeli-forces-clash-with-hamas-gunmen-after-hundreds-killed.html</w:t>
        </w:r>
      </w:hyperlink>
      <w:r>
        <w:t xml:space="preserve"> - This article reports on the escalation of violence following Hamas's October 7, 2023, attack on Israel, which resulted in over 1,100 deaths. It details the Israeli military's response, including clashes with Hamas gunmen and airstrikes in Gaza. The piece also discusses the broader geopolitical context, including tensions in the West Bank and the international community's reaction. The article provides insights into the complexities of the Israeli-Palestinian conflict and the challenges in achieving peace.</w:t>
      </w:r>
      <w:r/>
    </w:p>
    <w:p>
      <w:pPr>
        <w:pStyle w:val="ListNumber"/>
        <w:spacing w:line="240" w:lineRule="auto"/>
        <w:ind w:left="720"/>
      </w:pPr>
      <w:r/>
      <w:hyperlink r:id="rId15">
        <w:r>
          <w:rPr>
            <w:color w:val="0000EE"/>
            <w:u w:val="single"/>
          </w:rPr>
          <w:t>https://www.washingtonpost.com/national-security/2023/11/12/hamas-planning-terror-gaza-israel//</w:t>
        </w:r>
      </w:hyperlink>
      <w:r>
        <w:t xml:space="preserve"> - This article delves into Hamas's planning and execution of the October 7, 2023, attacks on Israel, regarded as the deadliest and most brutal in Israeli history. It describes how militants breached the border, attacked 22 Israeli towns, killed and tortured about 1,200 people, and took approximately 240 captives. The piece provides detailed accounts of the assaults, including specific incidents in Beeri, and discusses the broader implications for regional security and the Israeli-Palestinian conflict.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pilotonline.com/2025/10/07/today-in-history-october-7-matthew-shepard-beaten-and-left-tied-to-a-wyoming-fencepost/" TargetMode="External"/><Relationship Id="rId11" Type="http://schemas.openxmlformats.org/officeDocument/2006/relationships/hyperlink" Target="https://www.wyohistory.org/encyclopedia/murder-matthew-shepard" TargetMode="External"/><Relationship Id="rId12" Type="http://schemas.openxmlformats.org/officeDocument/2006/relationships/hyperlink" Target="https://www.dw.com/en/october-7-hamas-attacks-on-israel-a-year-later/a-70399696" TargetMode="External"/><Relationship Id="rId13" Type="http://schemas.openxmlformats.org/officeDocument/2006/relationships/hyperlink" Target="https://www.hrw.org/news/2023/10/18/israel/palestine-videos-hamas-led-attacks-verified" TargetMode="External"/><Relationship Id="rId14" Type="http://schemas.openxmlformats.org/officeDocument/2006/relationships/hyperlink" Target="https://www.cnbc.com/2023/10/08/israeli-forces-clash-with-hamas-gunmen-after-hundreds-killed.html" TargetMode="External"/><Relationship Id="rId15" Type="http://schemas.openxmlformats.org/officeDocument/2006/relationships/hyperlink" Target="https://www.washingtonpost.com/national-security/2023/11/12/hamas-planning-terror-gaza-israe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