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When Schitt's Creek's Dan Levy came out to his dad, Eugene...</w:t>
      </w:r>
      <w:r/>
    </w:p>
    <w:p>
      <w:r/>
      <w:r/>
    </w:p>
    <w:p>
      <w:r>
        <w:drawing>
          <wp:inline xmlns:a="http://schemas.openxmlformats.org/drawingml/2006/main" xmlns:pic="http://schemas.openxmlformats.org/drawingml/2006/picture">
            <wp:extent cx="5080000" cy="232701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327019"/>
                    </a:xfrm>
                    <a:prstGeom prst="rect"/>
                  </pic:spPr>
                </pic:pic>
              </a:graphicData>
            </a:graphic>
          </wp:inline>
        </w:drawing>
      </w:r>
    </w:p>
    <w:p>
      <w:r/>
      <w:r>
        <w:t>Schitt's Creek creator and star Eugene Levy has shared a reflection on the moment his son, Dan Levy, came out as gay. This touching revelation appeared in the latest episode of Eugene’s Apple TV+ travel show, The Reluctant Traveller with Eugene Levy, during which he and guide Will Edmond exchanged heartfelt stories about the challenges and growth experienced by parents and their LGBTQ+ children.</w:t>
      </w:r>
      <w:r/>
    </w:p>
    <w:p>
      <w:r/>
      <w:r>
        <w:t>Eugene Levy, whose Schitt’s Creek has been celebrated for its positive and nuanced queer representation, revealed that while he and his wife were aware of Dan’s sexuality, they waited patiently for him to feel comfortable enough to share it himself. 'Daniel was 19 when he came out. We were aware that he was gay,' Levy explained, 'but we were just waiting for the right time for him to feel comfortable enough to tell us.' He characterised the moment simply and supportively: 'It was a huge thing for him, and it was fine. It was just like, ‘Okay, there you go. Good.’'</w:t>
      </w:r>
      <w:r/>
    </w:p>
    <w:p>
      <w:r/>
      <w:r>
        <w:t>The episode’s shared stories expanded beyond their family experience. Will Edmond recounted his own coming-out journey to his deeply religious southern father. Initially, Edmond’s father showed an emotional distance, creating an uncomfortable pause for a few weeks. However, with the intervention of Edmond’s mother — who reminded her husband that their love for their only son should be unconditional — the atmosphere shifted dramatically, bringing relief and renewed acceptance. This candid exchange underscored a universal message about the transformative power of empathy, patience, and love in family dynamics.</w:t>
      </w:r>
      <w:r/>
    </w:p>
    <w:p>
      <w:r/>
      <w:r>
        <w:t>Eugene Levy’s reflections and this broader dialogue come amid ongoing discussions about authentic queer representation and visibility in media. Dan Levy’s role in co-creating Schitt’s Creek has been widely praised for its casual, yet profound handling of gay themes. The show’s storyline, including the coming-out arc of Dan’s character David’s partner Patrick, aimed to normalise queer experiences by weaving them into narratives without sensationalism or stereotyping. Dan Levy previously explained that their intent was to depict love and relationships authentically, allowing characters’ sexuality to be a matter-of-fact aspect rather than a dramatic focal point, which resonated strongly with audiences.</w:t>
      </w:r>
      <w:r/>
    </w:p>
    <w:p>
      <w:r/>
      <w:r>
        <w:t>The positive impact of Schitt’s Creek extends beyond television. Dan Levy has publicly responded with emotion and gratitude to viewers who credit the show with encouraging their own journeys of self-acceptance and coming out. One particularly touching incident involved a fan from Scotland who shared a video about how the show influenced her decision to come out to her mother, an example of the powerful ripple effects media representation can have in real lives.</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https://gayexpress.co.nz/2025/09/eugene-levy-opens-up-about-being-a-supportive-dad-dan-coming-out/?utm_source=rss&amp;utm_medium=rss&amp;utm_campaign=eugene-levy-opens-up-about-being-a-supportive-dad-dan-coming-out</w:t>
        </w:r>
      </w:hyperlink>
      <w:r>
        <w:t xml:space="preserve"> - Please view link - unable to able to access data</w:t>
      </w:r>
      <w:r/>
    </w:p>
    <w:p>
      <w:pPr>
        <w:pStyle w:val="ListNumber"/>
        <w:spacing w:line="240" w:lineRule="auto"/>
        <w:ind w:left="720"/>
      </w:pPr>
      <w:r/>
      <w:hyperlink r:id="rId11">
        <w:r>
          <w:rPr>
            <w:color w:val="0000EE"/>
            <w:u w:val="single"/>
          </w:rPr>
          <w:t>https://www.thelist.com/1304995/dan-levy-coming-out-story/</w:t>
        </w:r>
      </w:hyperlink>
      <w:r>
        <w:t xml:space="preserve"> - This article discusses Dan Levy's coming-out story, highlighting his parents' supportive reaction. It details how his mother, Deborah Divine, asked him if he was gay during lunch, to which he confirmed. Eugene Levy, his father, expressed that they had been aware for a long time and were waiting for him to feel comfortable sharing it himself. The piece also touches on the impact of 'Schitt's Creek' in representing LGBTQ+ characters and the positive influence it has had on viewers.</w:t>
      </w:r>
      <w:r/>
    </w:p>
    <w:p>
      <w:pPr>
        <w:pStyle w:val="ListNumber"/>
        <w:spacing w:line="240" w:lineRule="auto"/>
        <w:ind w:left="720"/>
      </w:pPr>
      <w:r/>
      <w:hyperlink r:id="rId12">
        <w:r>
          <w:rPr>
            <w:color w:val="0000EE"/>
            <w:u w:val="single"/>
          </w:rPr>
          <w:t>https://www.out.com/gay-tv-shows/eugene-levy-dan-coming-out-the-reluctant-traveler</w:t>
        </w:r>
      </w:hyperlink>
      <w:r>
        <w:t xml:space="preserve"> - In this article, Eugene Levy shares his son Dan's coming-out story on 'The Reluctant Traveler'. During an episode titled 'Hitting the Open Road in Louisiana', Eugene reflects on how he and his wife were aware of Dan's sexuality but waited for him to feel ready to share it. The piece highlights the supportive and accepting nature of their family dynamic, emphasizing the importance of love and respect in the coming-out process.</w:t>
      </w:r>
      <w:r/>
    </w:p>
    <w:p>
      <w:pPr>
        <w:pStyle w:val="ListNumber"/>
        <w:spacing w:line="240" w:lineRule="auto"/>
        <w:ind w:left="720"/>
      </w:pPr>
      <w:r/>
      <w:hyperlink r:id="rId13">
        <w:r>
          <w:rPr>
            <w:color w:val="0000EE"/>
            <w:u w:val="single"/>
          </w:rPr>
          <w:t>https://ew.com/tv/2019/03/20/schitts-creek-dan-levy-interview-david-pansexual-patrick-coming-out/</w:t>
        </w:r>
      </w:hyperlink>
      <w:r>
        <w:t xml:space="preserve"> - This interview with Dan Levy discusses the portrayal of LGBTQ+ characters in 'Schitt's Creek', focusing on the coming-out storyline of Patrick, David's love interest. Levy explains the decision to depict Patrick's coming-out as a way to add depth to his character and to challenge the notion of perfection in relationships. The article also touches on the show's approach to handling sexuality with casual ease, aiming to present queer storylines without making them stand out.</w:t>
      </w:r>
      <w:r/>
    </w:p>
    <w:p>
      <w:pPr>
        <w:pStyle w:val="ListNumber"/>
        <w:spacing w:line="240" w:lineRule="auto"/>
        <w:ind w:left="720"/>
      </w:pPr>
      <w:r/>
      <w:hyperlink r:id="rId14">
        <w:r>
          <w:rPr>
            <w:color w:val="0000EE"/>
            <w:u w:val="single"/>
          </w:rPr>
          <w:t>https://www.gaytimes.com/culture/schitts-creek-star-dan-levy-cries-over-fans-emotional-coming-out-video/</w:t>
        </w:r>
      </w:hyperlink>
      <w:r>
        <w:t xml:space="preserve"> - This article reports on Dan Levy's emotional reaction to a fan's coming-out video inspired by 'Schitt's Creek'. The fan, Ellie from Scotland, shared how watching Patrick's coming-out scene encouraged her to come out to her mother. Dan Levy expressed his support and love for Ellie, highlighting the positive impact the show has had on viewers' personal journeys.</w:t>
      </w:r>
      <w:r/>
    </w:p>
    <w:p>
      <w:pPr>
        <w:pStyle w:val="ListNumber"/>
        <w:spacing w:line="240" w:lineRule="auto"/>
        <w:ind w:left="720"/>
      </w:pPr>
      <w:r/>
      <w:hyperlink r:id="rId15">
        <w:r>
          <w:rPr>
            <w:color w:val="0000EE"/>
            <w:u w:val="single"/>
          </w:rPr>
          <w:t>https://www.newsweek.com/2023/03/10/eugene-levy-literally-reluctant-traveler-apple-tv-1782840.html</w:t>
        </w:r>
      </w:hyperlink>
      <w:r>
        <w:t xml:space="preserve"> - In this article, Eugene Levy discusses his role as the host of 'The Reluctant Traveler' on Apple TV+. Despite his aversion to travel, Levy explores various destinations, including Finland, Utah, Costa Rica, Italy, Japan, the Maldives, Portugal, and South Africa. The piece highlights Levy's humorous and cautious approach to travel, adding a unique personality to the show as he encounters new cultures and experiences.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gayexpress.co.nz/2025/09/eugene-levy-opens-up-about-being-a-supportive-dad-dan-coming-out/?utm_source=rss&amp;utm_medium=rss&amp;utm_campaign=eugene-levy-opens-up-about-being-a-supportive-dad-dan-coming-out" TargetMode="External"/><Relationship Id="rId11" Type="http://schemas.openxmlformats.org/officeDocument/2006/relationships/hyperlink" Target="https://www.thelist.com/1304995/dan-levy-coming-out-story/" TargetMode="External"/><Relationship Id="rId12" Type="http://schemas.openxmlformats.org/officeDocument/2006/relationships/hyperlink" Target="https://www.out.com/gay-tv-shows/eugene-levy-dan-coming-out-the-reluctant-traveler" TargetMode="External"/><Relationship Id="rId13" Type="http://schemas.openxmlformats.org/officeDocument/2006/relationships/hyperlink" Target="https://ew.com/tv/2019/03/20/schitts-creek-dan-levy-interview-david-pansexual-patrick-coming-out/" TargetMode="External"/><Relationship Id="rId14" Type="http://schemas.openxmlformats.org/officeDocument/2006/relationships/hyperlink" Target="https://www.gaytimes.com/culture/schitts-creek-star-dan-levy-cries-over-fans-emotional-coming-out-video/" TargetMode="External"/><Relationship Id="rId15" Type="http://schemas.openxmlformats.org/officeDocument/2006/relationships/hyperlink" Target="https://www.newsweek.com/2023/03/10/eugene-levy-literally-reluctant-traveler-apple-tv-178284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