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Gay icons Madonna and Robyn prepare for triumphant returns...</w:t>
      </w:r>
      <w:r/>
    </w:p>
    <w:p>
      <w:r/>
      <w:r/>
    </w:p>
    <w:p>
      <w:r>
        <w:drawing>
          <wp:inline xmlns:a="http://schemas.openxmlformats.org/drawingml/2006/main" xmlns:pic="http://schemas.openxmlformats.org/drawingml/2006/picture">
            <wp:extent cx="5080000" cy="2860054"/>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60054"/>
                    </a:xfrm>
                    <a:prstGeom prst="rect"/>
                  </pic:spPr>
                </pic:pic>
              </a:graphicData>
            </a:graphic>
          </wp:inline>
        </w:drawing>
      </w:r>
    </w:p>
    <w:p>
      <w:r/>
      <w:r>
        <w:t>As Madonna announced her reunion with English producer Stuart Price on a follow up to 2005's genius Confessions on a Dancefloor - the pair are pictured together from a recent Insta post - Swedish pop icon and LGBTQ+ trailblazer Robyn is also poised to make a long-anticipated return to music with a new album reportedly completed and ready for release. This revelation came from her longtime collaborator, Klas Åhlund, during a recent appearance on the Nordmark Pod. Åhlund expressed his pride and excitement about finishing the project, though he refrained from offering further details. The news has sparked considerable enthusiasm online, with fans eagerly awaiting what promises to be a significant addition to her discography.</w:t>
      </w:r>
      <w:r/>
    </w:p>
    <w:p>
      <w:r/>
      <w:r>
        <w:t>Robyn's upcoming album will mark her first full-length release since Honey in 2018, which followed the groundbreaking 2010 Body Talk—an era-defining work widely celebrated for its emotional depth and electronic innovation. The timing of this album aligns with a series of recent steps that signal a Robyn renaissance. Notably, she is set to release a 20th-anniversary special edition of her self-titled 2005 album, pressed on limited-edition "coke bottle-clear" vinyl. This reissue, situated between her past milestones and future projects, underscores her enduring impact on modern pop music.</w:t>
      </w:r>
      <w:r/>
    </w:p>
    <w:p>
      <w:r/>
      <w:r>
        <w:t xml:space="preserve">Recognised for hits like Call Your Girlfriend and the anthemic Dancing On My Own, Robyn's influence has long resonated within both pop culture and the queer community. Her work has inspired reinterpretations, such as British singer Calum Scott's renowned cover of Dancing On My Own, which achieved global commercial success and added a fresh, queer perspective to the song. Over recent years, Robyn has gradually re-emerged in the public eye through collaborations with leading artists like Charli XCX and Jamie xx, as well as notable live performances including the SNL 50 concert alongside David Byrne.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https://www.queerty.com/another-major-pop-diva-is-expected-to-drop-new-music-in-2026-fans-are-already-losing-their-minds-20250924/</w:t>
        </w:r>
      </w:hyperlink>
      <w:r>
        <w:t xml:space="preserve"> - Please view link - unable to able to access data</w:t>
      </w:r>
      <w:r/>
    </w:p>
    <w:p>
      <w:pPr>
        <w:pStyle w:val="ListNumber"/>
        <w:spacing w:line="240" w:lineRule="auto"/>
        <w:ind w:left="720"/>
      </w:pPr>
      <w:r/>
      <w:hyperlink r:id="rId11">
        <w:r>
          <w:rPr>
            <w:color w:val="0000EE"/>
            <w:u w:val="single"/>
          </w:rPr>
          <w:t>https://ra.co/news/83649</w:t>
        </w:r>
      </w:hyperlink>
      <w:r>
        <w:t xml:space="preserve"> - In a recent interview, Klas Åhlund revealed that he 'just finished' working on Robyn's next album, expressing excitement and pride in the project. This announcement suggests that Robyn's first new album in seven years is nearing completion. The article also mentions Robyn's upcoming 20th-anniversary edition of her self-titled album, set for release on September 26, 2025. The news has generated significant buzz among fans, eager for Robyn's return to music.</w:t>
      </w:r>
      <w:r/>
    </w:p>
    <w:p>
      <w:pPr>
        <w:pStyle w:val="ListNumber"/>
        <w:spacing w:line="240" w:lineRule="auto"/>
        <w:ind w:left="720"/>
      </w:pPr>
      <w:r/>
      <w:hyperlink r:id="rId12">
        <w:r>
          <w:rPr>
            <w:color w:val="0000EE"/>
            <w:u w:val="single"/>
          </w:rPr>
          <w:t>https://www.nme.com/news/music/robyn-announces-20th-anniversary-vinyl-reissue-of-breakthrough-self-titled-album-3875782</w:t>
        </w:r>
      </w:hyperlink>
      <w:r>
        <w:t xml:space="preserve"> - Robyn has announced a 20th-anniversary vinyl reissue of her self-titled album, originally released in 2005. The reissue, set for release on September 12, 2025, will feature a limited edition 'coke bottle-clear' vinyl and includes artwork from its special edition Record Store Day release in 2005. The album includes hits like 'With Every Heartbeat,' 'Be Mine!,' and 'Who's That Girl.' This reissue celebrates the album's impact on contemporary pop music.</w:t>
      </w:r>
      <w:r/>
    </w:p>
    <w:p>
      <w:pPr>
        <w:pStyle w:val="ListNumber"/>
        <w:spacing w:line="240" w:lineRule="auto"/>
        <w:ind w:left="720"/>
      </w:pPr>
      <w:r/>
      <w:hyperlink r:id="rId13">
        <w:r>
          <w:rPr>
            <w:color w:val="0000EE"/>
            <w:u w:val="single"/>
          </w:rPr>
          <w:t>https://www.udiscovermusic.com/news/robyn-vinyl-reissue-self-titled-album/</w:t>
        </w:r>
      </w:hyperlink>
      <w:r>
        <w:t xml:space="preserve"> - Robyn is celebrating the 20th anniversary of her landmark self-titled album with a special edition, 2-LP vinyl reissue. The reissue, pressed on a 'coke bottle-clear' vinyl, is set for release on September 12, 2025, via UMR/Island Records. The album, originally released in 2005, marked a defining moment in modern pop with its electronic production and emotional depth, featuring standout singles like 'Be Mine!,' 'Handle Me,' and the UK No.1 'With Every Heartbeat.'</w:t>
      </w:r>
      <w:r/>
    </w:p>
    <w:p>
      <w:pPr>
        <w:pStyle w:val="ListNumber"/>
        <w:spacing w:line="240" w:lineRule="auto"/>
        <w:ind w:left="720"/>
      </w:pPr>
      <w:r/>
      <w:hyperlink r:id="rId14">
        <w:r>
          <w:rPr>
            <w:color w:val="0000EE"/>
            <w:u w:val="single"/>
          </w:rPr>
          <w:t>https://www.udiscovermusic.com/news/robyn-announces-new-album-honey/</w:t>
        </w:r>
      </w:hyperlink>
      <w:r>
        <w:t xml:space="preserve"> - Robyn has announced her first new solo album since 2010’s 'Body Talk.' Entitled 'Honey,' the album is set for release on October 26, 2018, via her own label Konichiwa and Interscope. The new record features her recent single 'Missing U' as well as the long-awaited track 'Honey,' an early version of which appeared last year on HBO’s 'Girls.' The album includes contributions from Metronomy’s Joseph Mount, longtime collaborator Klas Ålund, Kindness’ Adam Bainbridge, Mr. Tophat, and Zhala.</w:t>
      </w:r>
      <w:r/>
    </w:p>
    <w:p>
      <w:pPr>
        <w:pStyle w:val="ListNumber"/>
        <w:spacing w:line="240" w:lineRule="auto"/>
        <w:ind w:left="720"/>
      </w:pPr>
      <w:r/>
      <w:hyperlink r:id="rId10">
        <w:r>
          <w:rPr>
            <w:color w:val="0000EE"/>
            <w:u w:val="single"/>
          </w:rPr>
          <w:t>https://www.queerty.com/another-major-pop-diva-is-expected-to-drop-new-music-in-2026-fans-are-already-losing-their-minds-20250924/</w:t>
        </w:r>
      </w:hyperlink>
      <w:r>
        <w:t xml:space="preserve"> - Swedish hitmaker and queer icon Robyn is gearing up to release new music, possibly sometime in the very near future. The news comes from her longtime collaborator Klas Åhlund, who revealed that he recently wrapped up work on a new project with the singer during an appearance on the Nordmark Pod last week. 'Just finished a new Robyn album that’s coming out,' he said. 'Super exciting! Very proud of it.'</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queerty.com/another-major-pop-diva-is-expected-to-drop-new-music-in-2026-fans-are-already-losing-their-minds-20250924/" TargetMode="External"/><Relationship Id="rId11" Type="http://schemas.openxmlformats.org/officeDocument/2006/relationships/hyperlink" Target="https://ra.co/news/83649" TargetMode="External"/><Relationship Id="rId12" Type="http://schemas.openxmlformats.org/officeDocument/2006/relationships/hyperlink" Target="https://www.nme.com/news/music/robyn-announces-20th-anniversary-vinyl-reissue-of-breakthrough-self-titled-album-3875782" TargetMode="External"/><Relationship Id="rId13" Type="http://schemas.openxmlformats.org/officeDocument/2006/relationships/hyperlink" Target="https://www.udiscovermusic.com/news/robyn-vinyl-reissue-self-titled-album/" TargetMode="External"/><Relationship Id="rId14" Type="http://schemas.openxmlformats.org/officeDocument/2006/relationships/hyperlink" Target="https://www.udiscovermusic.com/news/robyn-announces-new-album-hone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