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From cruising to Broadway, Harvey Fierstein’s I Was Better Last Night is quite the read</w:t>
      </w:r>
      <w:r/>
    </w:p>
    <w:p>
      <w:r/>
      <w:r/>
    </w:p>
    <w:p>
      <w:r>
        <w:drawing>
          <wp:inline xmlns:a="http://schemas.openxmlformats.org/drawingml/2006/main" xmlns:pic="http://schemas.openxmlformats.org/drawingml/2006/picture">
            <wp:extent cx="5080000" cy="274773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7732"/>
                    </a:xfrm>
                    <a:prstGeom prst="rect"/>
                  </pic:spPr>
                </pic:pic>
              </a:graphicData>
            </a:graphic>
          </wp:inline>
        </w:drawing>
      </w:r>
    </w:p>
    <w:p>
      <w:r/>
      <w:r>
        <w:t>Harvey Fierstein's memoir, I Was Better Last Night, offers a profound and candid window into the life of one of American theatre’s most distinctive voices. Covering his journey from a hopeful young playwright to a Broadway legend, Fierstein’s narrative intertwines personal vulnerability with his many professional triumphs. His career-defining works — including Torch Song Trilogy, La Cage aux Folles, and Kinky Boots — have not only reshaped theatre but also challenged social norms, especially around gay themes of love, identity, and acceptance.</w:t>
      </w:r>
      <w:r/>
    </w:p>
    <w:p>
      <w:r/>
      <w:r>
        <w:t>Fierstein’s Torch Song Trilogy, for which he won two Tony Awards, marked a seminal moment in theatre history, tackling issues of gay life with an unapologetic honesty at a time when such topics were largely taboo. His subsequent successes, including the six Tony-winning La Cage aux Folles and the vibrant Kinky Boots, co-written with Cyndi Lauper, further cement his legacy. These productions celebrated diversity and individuality, echoing Fierstein’s lifelong commitment to storytelling that embraces all forms of love and family.</w:t>
      </w:r>
      <w:r/>
    </w:p>
    <w:p>
      <w:r/>
      <w:r>
        <w:t>Beyond his writing, Fierstein’s acting achievements have been equally notable. His portrayal of Edna Turnblad in Hairspray, which earned him another Tony Award, showcased his ability to blend humour and heart in roles that defy conventional gender norms. His screen work, featuring memorable parts in films like Mrs. Doubtfire, Independence Day, and television appearances, expanded his reach, making him a familiar and beloved figure across mediums.</w:t>
      </w:r>
      <w:r/>
    </w:p>
    <w:p>
      <w:r/>
      <w:r>
        <w:t>The memoir does not shy away from the darker chapters of Fierstein’s life, particularly the dual realities of the early 1980s gay liberation movement and the devastating AIDS epidemic. Through vivid personal anecdotes, Fierstein captures the exhilaration of newfound freedom alongside the fear and grief that defined that era for many in the gay community. His exploration of Brooklyn’s underground cruising culture—a sanctuary fraught with risks—offers a raw and moving perspective.</w:t>
      </w:r>
      <w:r/>
    </w:p>
    <w:p>
      <w:r/>
      <w:r>
        <w:t>Fierstein also lays bare his struggles with alcohol, portraying the complexity of his personal battles with unflinching honesty. His reflections remind readers that resilience and recovery are lifelong processes, even for those who appear larger-than-life. These revelations add layers of humanity to the public figure, making his triumphs on stage and screen all the more resonant.</w:t>
      </w:r>
      <w:r/>
    </w:p>
    <w:p>
      <w:r/>
      <w:r>
        <w:t xml:space="preserve">Critics have praised I Was Better Last Night for its sharp wit, engaging storytelling, and the seamless weaving of Fierstein’s professional milestones with intimate introspection. According to reviews, the memoir is a compelling read that balances humour with poignancy, offering readers both an insider’s view of Broadway and a heartfelt account of a life lived boldly.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https://www.sgn.org/story/158176/</w:t>
        </w:r>
      </w:hyperlink>
      <w:r>
        <w:t xml:space="preserve"> - Please view link - unable to able to access data</w:t>
      </w:r>
      <w:r/>
    </w:p>
    <w:p>
      <w:pPr>
        <w:pStyle w:val="ListNumber"/>
        <w:spacing w:line="240" w:lineRule="auto"/>
        <w:ind w:left="720"/>
      </w:pPr>
      <w:r/>
      <w:hyperlink r:id="rId11">
        <w:r>
          <w:rPr>
            <w:color w:val="0000EE"/>
            <w:u w:val="single"/>
          </w:rPr>
          <w:t>https://www.kirkusreviews.com/book-reviews/harvey-fierstein/i-was-better-last-night/</w:t>
        </w:r>
      </w:hyperlink>
      <w:r>
        <w:t xml:space="preserve"> - Kirkus Reviews provides a detailed critique of Harvey Fierstein's memoir, 'I Was Better Last Night'. The review highlights Fierstein's candid exploration of his personal and professional life, noting his unflinching honesty about the challenges he faced, including the AIDS crisis and his struggles with alcohol. The reviewer praises the memoir for its sharp wit and engaging narrative, emphasizing Fierstein's ability to intertwine personal anecdotes with reflections on his groundbreaking works in theater. The review concludes by recommending the book as a poignant and entertaining read.</w:t>
      </w:r>
      <w:r/>
    </w:p>
    <w:p>
      <w:pPr>
        <w:pStyle w:val="ListNumber"/>
        <w:spacing w:line="240" w:lineRule="auto"/>
        <w:ind w:left="720"/>
      </w:pPr>
      <w:r/>
      <w:hyperlink r:id="rId12">
        <w:r>
          <w:rPr>
            <w:color w:val="0000EE"/>
            <w:u w:val="single"/>
          </w:rPr>
          <w:t>https://www.britannica.com/biography/Harvey-Fierstein</w:t>
        </w:r>
      </w:hyperlink>
      <w:r>
        <w:t xml:space="preserve"> - Encyclopaedia Britannica offers a comprehensive biography of Harvey Fierstein, detailing his early life, education, and significant contributions to theater. The article covers his notable works, including 'Torch Song Trilogy', 'La Cage aux Folles', and 'Hairspray', highlighting the themes of love, identity, and acceptance prevalent in his plays. It also touches upon his activism and his impact on the LGBTQ+ community. The biography provides insights into Fierstein's personal life, including his struggles and triumphs, painting a picture of his multifaceted career and enduring legacy.</w:t>
      </w:r>
      <w:r/>
    </w:p>
    <w:p>
      <w:pPr>
        <w:pStyle w:val="ListNumber"/>
        <w:spacing w:line="240" w:lineRule="auto"/>
        <w:ind w:left="720"/>
      </w:pPr>
      <w:r/>
      <w:hyperlink r:id="rId13">
        <w:r>
          <w:rPr>
            <w:color w:val="0000EE"/>
            <w:u w:val="single"/>
          </w:rPr>
          <w:t>https://www.amazon.com/Was-Better-Last-Night-Memoir/dp/0593320522</w:t>
        </w:r>
      </w:hyperlink>
      <w:r>
        <w:t xml:space="preserve"> - Amazon's product page for Harvey Fierstein's memoir, 'I Was Better Last Night', includes a detailed description of the book, emphasizing its candid and humorous exploration of Fierstein's life and career. The page features customer reviews, with readers praising the memoir for its engaging narrative and insightful reflections. One reviewer mentions learning about Fierstein's extensive involvement behind the scenes in various productions and his collaborations with famous personalities. Another reviewer highlights the book's captivating style and recommends it for book club discussions.</w:t>
      </w:r>
      <w:r/>
    </w:p>
    <w:p>
      <w:pPr>
        <w:pStyle w:val="ListNumber"/>
        <w:spacing w:line="240" w:lineRule="auto"/>
        <w:ind w:left="720"/>
      </w:pPr>
      <w:r/>
      <w:hyperlink r:id="rId14">
        <w:r>
          <w:rPr>
            <w:color w:val="0000EE"/>
            <w:u w:val="single"/>
          </w:rPr>
          <w:t>https://www.penguinrandomhouse.com/announcements/actor-playwright-activist-harvey-fierstein-bares-his-inner-life-in-new-memoir/</w:t>
        </w:r>
      </w:hyperlink>
      <w:r>
        <w:t xml:space="preserve"> - Penguin Random House announces the release of Harvey Fierstein's memoir, 'I Was Better Last Night'. The announcement highlights Fierstein's journey from community theater in Brooklyn to Broadway, detailing his accolades and awards for works like 'Hairspray', 'Fiddler on the Roof', 'Mrs. Doubtfire', 'Independence Day', 'Cheers', 'La Cage Aux Folles', 'Torch Song Trilogy', 'Newsies', and 'Kinky Boots'. The memoir is described as a candid exploration of Fierstein's personal struggles, conflicts, and triumphs throughout his life and career.</w:t>
      </w:r>
      <w:r/>
    </w:p>
    <w:p>
      <w:pPr>
        <w:pStyle w:val="ListNumber"/>
        <w:spacing w:line="240" w:lineRule="auto"/>
        <w:ind w:left="720"/>
      </w:pPr>
      <w:r/>
      <w:hyperlink r:id="rId15">
        <w:r>
          <w:rPr>
            <w:color w:val="0000EE"/>
            <w:u w:val="single"/>
          </w:rPr>
          <w:t>https://www.apnews.com/article/b15c01b5246b5884a5d68171f8d7aa06</w:t>
        </w:r>
      </w:hyperlink>
      <w:r>
        <w:t xml:space="preserve"> - The Associated Press reports on Harvey Fierstein being awarded a Special Tony Award for Lifetime Achievement in the Theatre. The article details Fierstein's four Tony Awards, including those for 'Torch Song Trilogy' and 'Kinky Boots'. It discusses his contributions to theater and activism, noting his impact on American theater. The article also mentions past recipients of the special Tony award, such as Angela Lansbury, Stephen Sondheim, and Carol Channing, placing Fierstein's achievement within this esteemed context.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gn.org/story/158176/" TargetMode="External"/><Relationship Id="rId11" Type="http://schemas.openxmlformats.org/officeDocument/2006/relationships/hyperlink" Target="https://www.kirkusreviews.com/book-reviews/harvey-fierstein/i-was-better-last-night/" TargetMode="External"/><Relationship Id="rId12" Type="http://schemas.openxmlformats.org/officeDocument/2006/relationships/hyperlink" Target="https://www.britannica.com/biography/Harvey-Fierstein" TargetMode="External"/><Relationship Id="rId13" Type="http://schemas.openxmlformats.org/officeDocument/2006/relationships/hyperlink" Target="https://www.amazon.com/Was-Better-Last-Night-Memoir/dp/0593320522" TargetMode="External"/><Relationship Id="rId14" Type="http://schemas.openxmlformats.org/officeDocument/2006/relationships/hyperlink" Target="https://www.penguinrandomhouse.com/announcements/actor-playwright-activist-harvey-fierstein-bares-his-inner-life-in-new-memoir/" TargetMode="External"/><Relationship Id="rId15" Type="http://schemas.openxmlformats.org/officeDocument/2006/relationships/hyperlink" Target="https://www.apnews.com/article/b15c01b5246b5884a5d68171f8d7aa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