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Bold and the Beautiful FINALLY gets its first gay kiss</w:t>
      </w:r>
      <w:r/>
    </w:p>
    <w:p>
      <w:r/>
      <w:r/>
    </w:p>
    <w:p>
      <w:r>
        <w:drawing>
          <wp:inline xmlns:a="http://schemas.openxmlformats.org/drawingml/2006/main" xmlns:pic="http://schemas.openxmlformats.org/drawingml/2006/picture">
            <wp:extent cx="5080000" cy="286633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6331"/>
                    </a:xfrm>
                    <a:prstGeom prst="rect"/>
                  </pic:spPr>
                </pic:pic>
              </a:graphicData>
            </a:graphic>
          </wp:inline>
        </w:drawing>
      </w:r>
    </w:p>
    <w:p>
      <w:r/>
      <w:r>
        <w:t>After nearly four decades on air, the long-running soap opera The Bold and the Beautiful (B&amp;B) is finally introducing its first gay male romance. Harrison Cone has been cast opposite Christian Weissmann’s character, Remy Pryce, with the pair set to share B&amp;B’s first on-screen kiss between two men. Cone’s character, whose name remains undisclosed, is described as an aspiring fashion designer closely connected to a prominent Forrester family-related figure. His debut episode airs on 16 September, promising a fresh chapter in the show’s fashion-driven drama intertwined with heartfelt romance.</w:t>
      </w:r>
      <w:r/>
    </w:p>
    <w:p>
      <w:r/>
      <w:r>
        <w:t>The show, which has a history of including queer narratives—such as its first lesbian couple in 2012 and the groundbreaking transgender storyline featuring Maya Avant in 2015—has never before centred a gay male relationship or shown a same-sex male kiss. Weissmann, who joined B&amp;B in 2024, plays Remy Pryce and has been recognised with a Daytime Emmy nomination for Outstanding Emerging Talent in a Drama Series this year. Off-screen, Weissmann is also an accomplished writer, having published essays in leading outlets and a poetry collection, Her, Him &amp; I, which explores themes of identity, intimacy, and recovery.</w:t>
      </w:r>
      <w:r/>
    </w:p>
    <w:p>
      <w:r/>
      <w:r>
        <w:t>Harrison Cone’s casting brings an actor with an expanding profile, having appeared in shows like The Summer I Turned Pretty, Hacks, and American Horror Stories. His entry into B&amp;B fits seamlessly with the show’s renewed focus on the high-stakes world of fashion design and the tensions within the Forrester family business. Industry insiders suggest that Cone’s character will add complexity by connecting to established figures on the show’s fictional Los Angeles set, promising layered storytelling. Weissmann, who publicly identifies as bisexual, enthusiastically shared the news on social media, celebrating the authentic depiction of queer identity through Remy and Cone’s characters.</w:t>
      </w:r>
      <w:r/>
    </w:p>
    <w:p>
      <w:r/>
      <w:r>
        <w:t xml:space="preserve">This development notably shifts the narrative around Remy, whose romantic interests previously appeared directed towards a female character, Electra Forrester, adding unexpected dimensions and potential drama to ongoing storylines. Executive producer Brad Bell has indicated a return to fashion-focused storytelling, and introducing a new designer love interest amid family rivalries could restore the show's hallmark mix of runway drama and romantic entanglement.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https://www.dnamagazine.com.au/the-bold-and-the-beautiful-finally-serves-up-its-first-gay-male-romance/</w:t>
        </w:r>
      </w:hyperlink>
      <w:r>
        <w:t xml:space="preserve"> - Please view link - unable to able to access data</w:t>
      </w:r>
      <w:r/>
    </w:p>
    <w:p>
      <w:pPr>
        <w:pStyle w:val="ListNumber"/>
        <w:spacing w:line="240" w:lineRule="auto"/>
        <w:ind w:left="720"/>
      </w:pPr>
      <w:r/>
      <w:hyperlink r:id="rId10">
        <w:r>
          <w:rPr>
            <w:color w:val="0000EE"/>
            <w:u w:val="single"/>
          </w:rPr>
          <w:t>https://www.dnamagazine.com.au/the-bold-and-the-beautiful-finally-serves-up-its-first-gay-male-romance/</w:t>
        </w:r>
      </w:hyperlink>
      <w:r>
        <w:t xml:space="preserve"> - The Bold and the Beautiful (B&amp;B) is introducing its first gay male couple, with Harrison Cone joining the cast opposite Christian Weissmann’s Remy Pryce. This marks a first for the show’s nearly four decades, and the pair will also share B&amp;B’s first on-screen kiss between two men. Cone’s character is described as an aspiring designer tied to a major Forrester-adjacent figure, debuting at Forrester Creations on Tuesday, 16 September. B&amp;B has previously featured queer stories, including the show’s first lesbian couple in 2012 and Maya Avant’s groundbreaking transgender arc in 2015. This storyline marks the first time B&amp;B centres a male-male romance and shows a kiss between two men. Cone’s credits include The Summer I Turned Pretty, Hacks, and American Horror Stories, with earlier spots on Superstore and Stage Fright. Weissmann joined B&amp;B in 2024 as Remy Pryce and is nominated at this year’s Daytime Emmys for Outstanding Emerging Talent in a Drama Series. Off-screen, he has published essays in major outlets and released the poetry collection Her, Him &amp; I in 2024 through Simon And Schuster, exploring identity, intimacy, and recovery. Cone’s first episode airs on 16 September, with the kiss teased for upcoming scenes. The article will update as more details, including the mystery character’s name, become public.</w:t>
      </w:r>
      <w:r/>
    </w:p>
    <w:p>
      <w:pPr>
        <w:pStyle w:val="ListNumber"/>
        <w:spacing w:line="240" w:lineRule="auto"/>
        <w:ind w:left="720"/>
      </w:pPr>
      <w:r/>
      <w:hyperlink r:id="rId11">
        <w:r>
          <w:rPr>
            <w:color w:val="0000EE"/>
            <w:u w:val="single"/>
          </w:rPr>
          <w:t>https://www.queerty.com/meet-the-bold-beautiful-stars-giving-soap-the-bold-the-beautiful-its-first-gay-romance-20250911/</w:t>
        </w:r>
      </w:hyperlink>
      <w:r>
        <w:t xml:space="preserve"> - The Bold and the Beautiful (B&amp;B) is introducing its first gay male couple, with Harrison Cone joining the cast opposite Christian Weissmann’s Remy Pryce. This marks the first time the series will feature a gay male couple in its 38-year run, and also its first male-male kiss. Cone, 22, will make his soap debut on 16 September, with his character being an aspiring designer who first meets Remy at Forrester Creations. Weissmann, who joined B&amp;B in 2024 as Remy Pryce, is nominated at this year’s Daytime Emmys for Outstanding Emerging Talent in a Drama Series. Off-screen, he has published essays in major outlets and released the poetry collection Her, Him &amp; I in 2024 through Simon And Schuster, exploring identity, intimacy, and recovery. Weissmann, who identifies as bisexual, shared Cone’s casting news on social media, confirming “Remy’s queer and we all cheered.” The article also highlights the importance of bi representation and what embracing his identity has taught Weissmann.</w:t>
      </w:r>
      <w:r/>
    </w:p>
    <w:p>
      <w:pPr>
        <w:pStyle w:val="ListNumber"/>
        <w:spacing w:line="240" w:lineRule="auto"/>
        <w:ind w:left="720"/>
      </w:pPr>
      <w:r/>
      <w:hyperlink r:id="rId12">
        <w:r>
          <w:rPr>
            <w:color w:val="0000EE"/>
            <w:u w:val="single"/>
          </w:rPr>
          <w:t>https://www.soapoperanetwork.com/2025/09/the-bold-and-the-beautiful-harrison-cone-first-gay-male-couple</w:t>
        </w:r>
      </w:hyperlink>
      <w:r>
        <w:t xml:space="preserve"> - The Bold and the Beautiful (B&amp;B) has cast Harrison Cone to play opposite Christian Weissmann, who plays Remy Pryce, in what is being billed as the half-hour soap opera’s first gay couple. Cone will make his debut on the Tuesday, 16 September episode of the series as an aspiring designer who’s in a relationship with Remy. The gay male couple will also share an on-screen kiss, marking yet another first for the 38-year-old show. Details on the name of the character that Cone will be portraying are currently being kept under wraps, as it’s understood he has close ties to another major character on the show. The romance between Cone’s mystery character and Weissmann’s Remy comes as a surprise to fans of the series, as, up until recently, Remy seemingly had a romantic interest in Electra Forrester. Weissmann shared his excitement about Remy’s queerness on social media, stating, “Remy’s queer and we all cheered.”</w:t>
      </w:r>
      <w:r/>
    </w:p>
    <w:p>
      <w:pPr>
        <w:pStyle w:val="ListNumber"/>
        <w:spacing w:line="240" w:lineRule="auto"/>
        <w:ind w:left="720"/>
      </w:pPr>
      <w:r/>
      <w:hyperlink r:id="rId13">
        <w:r>
          <w:rPr>
            <w:color w:val="0000EE"/>
            <w:u w:val="single"/>
          </w:rPr>
          <w:t>https://michaelfairmantv.com/the-bold-and-the-beautiful-casts-harrison-cone-round-out-first-gay-male-couple-show-history/2025/09/11/</w:t>
        </w:r>
      </w:hyperlink>
      <w:r>
        <w:t xml:space="preserve"> - The Bold and the Beautiful (B&amp;B) is introducing its first gay male couple, with Harrison Cone joining the cast opposite Christian Weissmann’s Remy Pryce. Cone will play an aspiring designer who is in a relationship with Remy. The character’s name is being kept under wraps due to a close tie with another major B&amp;B character. Cone’s first appearance is set for Tuesday, 16 September. Cone’s previous credits include roles in Mariah Carey’s music video for “Type Dangerous,” as well as TV and streaming roles in Hacks, The Summer I Turned Pretty, and American Horror Stories. The article also notes that B&amp;B previously had a lesbian couple on the canvas played by Joanna Johnson and Crystal Chappell in 2012, and in 2015, B&amp;B told the story of a trans woman played by Karla Mosley.</w:t>
      </w:r>
      <w:r/>
    </w:p>
    <w:p>
      <w:pPr>
        <w:pStyle w:val="ListNumber"/>
        <w:spacing w:line="240" w:lineRule="auto"/>
        <w:ind w:left="720"/>
      </w:pPr>
      <w:r/>
      <w:hyperlink r:id="rId14">
        <w:r>
          <w:rPr>
            <w:color w:val="0000EE"/>
            <w:u w:val="single"/>
          </w:rPr>
          <w:t>https://au.lifestyle.yahoo.com/bold-beautiful-feature-first-gay-175324798.html</w:t>
        </w:r>
      </w:hyperlink>
      <w:r>
        <w:t xml:space="preserve"> - The Bold and the Beautiful (B&amp;B) is introducing its first gay male couple, with Harrison Cone joining the cast opposite Christian Weissmann’s Remy Pryce. Cone’s character is an aspiring fashion designer, and he and Remy will share an on-screen kiss, marking a first for the show. The character’s name is being kept under wraps due to a close tie with another major B&amp;B character. Cone has appeared in television shows like Superstore, American Horror Stories, Hacks, and The Summer I Turned Pretty. Weissmann joined B&amp;B in 2024 and is nominated at this year’s Daytime Emmys for Outstanding Emerging Talent in a Drama Series. Off-screen, he has published essays in major outlets and released the poetry collection Her, Him &amp; I in 2024 through Simon And Schuster, exploring identity, intimacy, and recovery.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the-bold-and-the-beautiful-finally-serves-up-its-first-gay-male-romance/" TargetMode="External"/><Relationship Id="rId11" Type="http://schemas.openxmlformats.org/officeDocument/2006/relationships/hyperlink" Target="https://www.queerty.com/meet-the-bold-beautiful-stars-giving-soap-the-bold-the-beautiful-its-first-gay-romance-20250911/" TargetMode="External"/><Relationship Id="rId12" Type="http://schemas.openxmlformats.org/officeDocument/2006/relationships/hyperlink" Target="https://www.soapoperanetwork.com/2025/09/the-bold-and-the-beautiful-harrison-cone-first-gay-male-couple" TargetMode="External"/><Relationship Id="rId13" Type="http://schemas.openxmlformats.org/officeDocument/2006/relationships/hyperlink" Target="https://michaelfairmantv.com/the-bold-and-the-beautiful-casts-harrison-cone-round-out-first-gay-male-couple-show-history/2025/09/11/" TargetMode="External"/><Relationship Id="rId14" Type="http://schemas.openxmlformats.org/officeDocument/2006/relationships/hyperlink" Target="https://au.lifestyle.yahoo.com/bold-beautiful-feature-first-gay-175324798.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