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Alphabet Soup: a dating show but not as you know it...</w:t>
      </w:r>
      <w:r/>
    </w:p>
    <w:p>
      <w:r/>
      <w:r/>
    </w:p>
    <w:p>
      <w:r>
        <w:drawing>
          <wp:inline xmlns:a="http://schemas.openxmlformats.org/drawingml/2006/main" xmlns:pic="http://schemas.openxmlformats.org/drawingml/2006/picture">
            <wp:extent cx="5080000" cy="3021912"/>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3021912"/>
                    </a:xfrm>
                    <a:prstGeom prst="rect"/>
                  </pic:spPr>
                </pic:pic>
              </a:graphicData>
            </a:graphic>
          </wp:inline>
        </w:drawing>
      </w:r>
    </w:p>
    <w:p>
      <w:r/>
      <w:r>
        <w:t>The new docu-series Alphabet Soup presents an intimate, unvarnished look at queer dating and relationships in New York City, spotlighting the diverse experiences of LGBTQ+ singles as they seek connection, love, and sometimes marriage. Unlike traditional dating shows that often hinge on competition or scripted drama, this six-part series opts for vérité authenticity, capturing everything from the first text exchanges to the complexities of romantic encounters. The series revels in the real and raw moments of queer life, told through a cinematic lens that consciously steers away from overused reality television tropes.</w:t>
      </w:r>
      <w:r/>
    </w:p>
    <w:p>
      <w:r/>
      <w:r>
        <w:t>Directed by Shannon Alexander, Alphabet Soup is described as 'a love letter to resilience, queer joy, and the beautifully imperfect ways we seek connection.' The series delves deeply into culturally relevant themes such as chosen family, emotional safety, and evolving gender identities, spotlighting the nuanced ways identity and vulnerability interplay in queer dating. According to the director, the show does not filter or simplify its narratives—it embraces complexity, messiness, and the authenticity of lived experience.</w:t>
      </w:r>
      <w:r/>
    </w:p>
    <w:p>
      <w:r/>
      <w:r>
        <w:t>Critics like Q+ Magazine have praised the series for reclaiming the term ‘Alphabet Soup’ as a celebration of individuality and complexity within the LGBTQ+ community. Set in the vibrant backdrop of New York City, the show seeks to offer viewers a glimpse into the emotional realities behind the often glamorised or oversimplified portrayals of queer romance. It moves beyond mere entertainment, instead inviting audiences to witness stories of visibility, self-worth, and the deep human desire for connection.</w:t>
      </w:r>
      <w:r/>
    </w:p>
    <w:p>
      <w:r/>
      <w:r>
        <w:t xml:space="preserve">Alphabet Soup is now available for streaming on Amazon Prime and Peacock, where all six half-hour episodes can be watched.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https://therandyreport.com/new-dating-series-alphabet-soup/?utm_source=rss&amp;utm_medium=rss&amp;utm_campaign=new-dating-series-alphabet-soup</w:t>
        </w:r>
      </w:hyperlink>
      <w:r>
        <w:t xml:space="preserve"> - Please view link - unable to able to access data</w:t>
      </w:r>
      <w:r/>
    </w:p>
    <w:p>
      <w:pPr>
        <w:pStyle w:val="ListNumber"/>
        <w:spacing w:line="240" w:lineRule="auto"/>
        <w:ind w:left="720"/>
      </w:pPr>
      <w:r/>
      <w:hyperlink r:id="rId11">
        <w:r>
          <w:rPr>
            <w:color w:val="0000EE"/>
            <w:u w:val="single"/>
          </w:rPr>
          <w:t>https://www.peacocktv.com/watch-online/tv/alphabet-soup/6837618235516302112</w:t>
        </w:r>
      </w:hyperlink>
      <w:r>
        <w:t xml:space="preserve"> - Peacock's 'Alphabet Soup' is a reality series that delves into the unfiltered reality of queer dating in New York City. The show presents raw emotions, intimate texts, and authentic relationships without scripts or filters. Each episode offers a candid look into the lives of diverse queer singles navigating love, identity, and vulnerability. The series comprises six half-hour episodes, all available for streaming on Peacock. The show is rated TV-MA and is produced by All Channel Films.</w:t>
      </w:r>
      <w:r/>
    </w:p>
    <w:p>
      <w:pPr>
        <w:pStyle w:val="ListNumber"/>
        <w:spacing w:line="240" w:lineRule="auto"/>
        <w:ind w:left="720"/>
      </w:pPr>
      <w:r/>
      <w:hyperlink r:id="rId12">
        <w:r>
          <w:rPr>
            <w:color w:val="0000EE"/>
            <w:u w:val="single"/>
          </w:rPr>
          <w:t>https://www.amazon.com/Alphabet-Soup-Season-1/dp/B0CGM1JCKD</w:t>
        </w:r>
      </w:hyperlink>
      <w:r>
        <w:t xml:space="preserve"> - Amazon Prime Video offers 'Alphabet Soup,' a reality series that explores the unfiltered reality of queer dating in New York City. The show captures raw emotions, intimate texts, and authentic relationships without scripts or filters. Each episode provides a candid look into the lives of diverse queer singles navigating love, identity, and vulnerability. The series consists of six half-hour episodes, all available for streaming on Amazon Prime Video. The show is rated TV-MA and is produced by All Channel Films.</w:t>
      </w:r>
      <w:r/>
    </w:p>
    <w:p>
      <w:pPr>
        <w:pStyle w:val="ListNumber"/>
        <w:spacing w:line="240" w:lineRule="auto"/>
        <w:ind w:left="720"/>
      </w:pPr>
      <w:r/>
      <w:hyperlink r:id="rId13">
        <w:r>
          <w:rPr>
            <w:color w:val="0000EE"/>
            <w:u w:val="single"/>
          </w:rPr>
          <w:t>https://qplusmagazine.com/alphabet-soup-raw-queer-messy-and-beautifully-human/</w:t>
        </w:r>
      </w:hyperlink>
      <w:r>
        <w:t xml:space="preserve"> - Q+ Magazine's review of 'Alphabet Soup' praises the series for capturing the beautifully messy spectrum of queer experiences. The six-part docu-series, directed by Shannon Alexander, reclaims the term 'Alphabet Soup' to celebrate individuality, complexity, and identity within the LGBTQ+ community. Set in New York City, the series offers deeply intimate glimpses into the lives of diverse queer individuals, exploring themes of identity, visibility, self-worth, and the desire for connection. The review highlights the show's authenticity and its departure from traditional reality show tropes.</w:t>
      </w:r>
      <w:r/>
    </w:p>
    <w:p>
      <w:pPr>
        <w:pStyle w:val="ListNumber"/>
        <w:spacing w:line="240" w:lineRule="auto"/>
        <w:ind w:left="720"/>
      </w:pPr>
      <w:r/>
      <w:hyperlink r:id="rId14">
        <w:r>
          <w:rPr>
            <w:color w:val="0000EE"/>
            <w:u w:val="single"/>
          </w:rPr>
          <w:t>https://www.peacocktv.com/watch-online/tv/alphabet-soup/6837618235516302112/seasons/1</w:t>
        </w:r>
      </w:hyperlink>
      <w:r>
        <w:t xml:space="preserve"> - Peacock's 'Alphabet Soup' is a reality series that delves into the unfiltered reality of queer dating in New York City. The show presents raw emotions, intimate texts, and authentic relationships without scripts or filters. Each episode offers a candid look into the lives of diverse queer singles navigating love, identity, and vulnerability. The series comprises six half-hour episodes, all available for streaming on Peacock. The show is rated TV-MA and is produced by All Channel Films.</w:t>
      </w:r>
      <w:r/>
    </w:p>
    <w:p>
      <w:pPr>
        <w:pStyle w:val="ListNumber"/>
        <w:spacing w:line="240" w:lineRule="auto"/>
        <w:ind w:left="720"/>
      </w:pPr>
      <w:r/>
      <w:hyperlink r:id="rId15">
        <w:r>
          <w:rPr>
            <w:color w:val="0000EE"/>
            <w:u w:val="single"/>
          </w:rPr>
          <w:t>https://www.peacocktv.com/watch-online/tv/alphabet-soup/6837618235516302112/seasons/1/episodes/pharmacy-fallout-episode-5/782e3221-c78d-3b47-ac16-45eca2ae423d</w:t>
        </w:r>
      </w:hyperlink>
      <w:r>
        <w:t xml:space="preserve"> - In 'Pharmacy Fallout,' the fifth episode of 'Alphabet Soup,' Nova and Saturn become an official couple but face challenges. A confrontation at a pharmacy leads to the end of a friendship. The episode continues to explore the unfiltered reality of queer dating in New York City, presenting raw emotions, intimate texts, and authentic relationships without scripts or filters. The series is available for streaming on Peacock and is rated TV-MA.</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therandyreport.com/new-dating-series-alphabet-soup/?utm_source=rss&amp;utm_medium=rss&amp;utm_campaign=new-dating-series-alphabet-soup" TargetMode="External"/><Relationship Id="rId11" Type="http://schemas.openxmlformats.org/officeDocument/2006/relationships/hyperlink" Target="https://www.peacocktv.com/watch-online/tv/alphabet-soup/6837618235516302112" TargetMode="External"/><Relationship Id="rId12" Type="http://schemas.openxmlformats.org/officeDocument/2006/relationships/hyperlink" Target="https://www.amazon.com/Alphabet-Soup-Season-1/dp/B0CGM1JCKD" TargetMode="External"/><Relationship Id="rId13" Type="http://schemas.openxmlformats.org/officeDocument/2006/relationships/hyperlink" Target="https://qplusmagazine.com/alphabet-soup-raw-queer-messy-and-beautifully-human/" TargetMode="External"/><Relationship Id="rId14" Type="http://schemas.openxmlformats.org/officeDocument/2006/relationships/hyperlink" Target="https://www.peacocktv.com/watch-online/tv/alphabet-soup/6837618235516302112/seasons/1" TargetMode="External"/><Relationship Id="rId15" Type="http://schemas.openxmlformats.org/officeDocument/2006/relationships/hyperlink" Target="https://www.peacocktv.com/watch-online/tv/alphabet-soup/6837618235516302112/seasons/1/episodes/pharmacy-fallout-episode-5/782e3221-c78d-3b47-ac16-45eca2ae423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