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Now you can test your testosterone at home</w:t>
      </w:r>
      <w:r/>
    </w:p>
    <w:p>
      <w:r/>
      <w:r/>
    </w:p>
    <w:p>
      <w:r>
        <w:drawing>
          <wp:inline xmlns:a="http://schemas.openxmlformats.org/drawingml/2006/main" xmlns:pic="http://schemas.openxmlformats.org/drawingml/2006/picture">
            <wp:extent cx="5080000" cy="290285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2857"/>
                    </a:xfrm>
                    <a:prstGeom prst="rect"/>
                  </pic:spPr>
                </pic:pic>
              </a:graphicData>
            </a:graphic>
          </wp:inline>
        </w:drawing>
      </w:r>
    </w:p>
    <w:p>
      <w:r/>
      <w:r>
        <w:t>For men concerned about their testosterone levels, the option to test at home is not only welcome but transformative. Testosterone, the primary male sex hormone, is widely recognised not only for its role in muscle development and sexual function but also for its broader impact on bone density, mood, cognitive function, and energy levels. This hormone naturally declines with age—starting around 30 and decreasing roughly 1% each year—which can lead to symptoms such as fatigue, low libido, muscle weakness, mood disturbances, and reduced bone strength. Early recognition and intervention are therefore important for maintaining quality of life and long-term health.</w:t>
      </w:r>
      <w:r/>
    </w:p>
    <w:p>
      <w:r/>
      <w:r>
        <w:t>Traditionally, testosterone testing required visits to healthcare providers and laboratories, a process that could delay diagnosis and treatment. Modern home testosterone tests, validated for accuracy and reliability, utilize either saliva or small blood samples to measure hormone levels, offering users privacy, convenience, and cost-efficiency.</w:t>
      </w:r>
      <w:r/>
    </w:p>
    <w:p>
      <w:r/>
      <w:r>
        <w:t>Home testing typically takes two forms: saliva-based and blood spot tests. Saliva tests measure free testosterone—the bioactive form that directly affects the body’s tissues—via a simple, non-invasive procedure. Blood spot tests, which involve a small finger prick, can assess both total and free testosterone levels and often come as part of more comprehensive hormone panels, including related markers like luteinizing hormone and follicle-stimulating hormone. These broader assessments provide a fuller picture of endocrine health, often including cortisol, DHEA, and estradiol, aiding in a more nuanced understanding of hormone interplay.</w:t>
      </w:r>
      <w:r/>
    </w:p>
    <w:p>
      <w:r/>
      <w:r>
        <w:t>Accurate home testing demands careful preparation and timing, as testosterone fluctuates throughout the day, typically peaking in the morning. Clear, manufacturer-provided instructions guide individuals through sample collection, proper handling, and prompt shipping to ensure the integrity of the test. Interpreting results requires context; normal testosterone ranges can vary by age and health status, and factors such as stress, sleep, diet, and exercise influence levels. Consequently, a single result is less informative than tracking trends over time.</w:t>
      </w:r>
      <w:r/>
    </w:p>
    <w:p>
      <w:r/>
      <w:r>
        <w:t>The benefits of regular home testosterone testing are many. It eliminates the need for clinic visits while providing a comfortable, private setting that may encourage more frequent monitoring. Cost-wise, it is typically less expensive than repeated laboratory tests, with options for subscription services to further reduce expenditure. Crucially, building a personal hormonal health record can empower individuals and healthcare providers alike when exploring treatments or lifestyle interventions.</w:t>
      </w:r>
      <w:r/>
    </w:p>
    <w:p>
      <w:r/>
      <w:r>
        <w:t>Beyond testing, natural strategies to support healthy testosterone levels include physical exercise—especially resistance and high-intensity interval training—adequate sleep, stress reduction, balanced nutrition rich in protein, healthy fats, and essential minerals such as zinc, vitamin D, and magnesium. Managing body weight is equally important since excess fat—particularly around the abdomen—can convert testosterone into estrogen, undermining hormone balance. Even modest weight loss can improve testosterone profiles and overall well-being.</w:t>
      </w:r>
      <w:r/>
    </w:p>
    <w:p>
      <w:r/>
      <w:r>
        <w:t xml:space="preserve">Despite the advantages of home testing, certain circumstances warrant professional medical advice—consistent low results, severe symptoms impairing quality of life, or complex health conditions require expert evaluation. Healthcare professionals can provide additional testing, comprehensive assessments, and discuss treatment options such as testosterone replacement therapy. Home testing can serve as a valuable preliminary step, offering baseline insights before clinical consultation.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https://www.healthsoothe.com/test-your-testosterone-levels-at-home-improve-health/</w:t>
        </w:r>
      </w:hyperlink>
      <w:r>
        <w:t xml:space="preserve"> - Please view link - unable to able to access data</w:t>
      </w:r>
      <w:r/>
    </w:p>
    <w:p>
      <w:pPr>
        <w:pStyle w:val="ListNumber"/>
        <w:spacing w:line="240" w:lineRule="auto"/>
        <w:ind w:left="720"/>
      </w:pPr>
      <w:r/>
      <w:hyperlink r:id="rId11">
        <w:r>
          <w:rPr>
            <w:color w:val="0000EE"/>
            <w:u w:val="single"/>
          </w:rPr>
          <w:t>https://www.health.harvard.edu/staying-healthy/testosterone--what-it-does-and-doesnt-do</w:t>
        </w:r>
      </w:hyperlink>
      <w:r>
        <w:t xml:space="preserve"> - This article from Harvard Health discusses the various roles of testosterone in the body, including its influence on muscle mass, bone density, sexual function, and mood regulation. It also highlights the importance of maintaining balanced testosterone levels for overall health and well-being.</w:t>
      </w:r>
      <w:r/>
    </w:p>
    <w:p>
      <w:pPr>
        <w:pStyle w:val="ListNumber"/>
        <w:spacing w:line="240" w:lineRule="auto"/>
        <w:ind w:left="720"/>
      </w:pPr>
      <w:r/>
      <w:hyperlink r:id="rId12">
        <w:r>
          <w:rPr>
            <w:color w:val="0000EE"/>
            <w:u w:val="single"/>
          </w:rPr>
          <w:t>https://www.herabeautyandwellness.com/blog/the-importance-of-testosterone-in-men-s-health-benefits-of-optimal-levels/</w:t>
        </w:r>
      </w:hyperlink>
      <w:r>
        <w:t xml:space="preserve"> - Hera Beauty &amp; Wellness outlines the benefits of optimal testosterone levels in men, such as supporting sexual function, enhancing muscle development, preserving bone health, aiding fat metabolism, and improving mood and cognitive health.</w:t>
      </w:r>
      <w:r/>
    </w:p>
    <w:p>
      <w:pPr>
        <w:pStyle w:val="ListNumber"/>
        <w:spacing w:line="240" w:lineRule="auto"/>
        <w:ind w:left="720"/>
      </w:pPr>
      <w:r/>
      <w:hyperlink r:id="rId13">
        <w:r>
          <w:rPr>
            <w:color w:val="0000EE"/>
            <w:u w:val="single"/>
          </w:rPr>
          <w:t>https://instituteofvitality.com/understanding-testosterone-its-role-functions-and-importance-in-mens-health/</w:t>
        </w:r>
      </w:hyperlink>
      <w:r>
        <w:t xml:space="preserve"> - The Institute of Vitality provides an overview of testosterone's role in men's health, emphasizing its impact on mood, muscle mass, bone density, and overall well-being. The article also discusses the consequences of low testosterone levels and the importance of maintaining balanced levels.</w:t>
      </w:r>
      <w:r/>
    </w:p>
    <w:p>
      <w:pPr>
        <w:pStyle w:val="ListNumber"/>
        <w:spacing w:line="240" w:lineRule="auto"/>
        <w:ind w:left="720"/>
      </w:pPr>
      <w:r/>
      <w:hyperlink r:id="rId14">
        <w:r>
          <w:rPr>
            <w:color w:val="0000EE"/>
            <w:u w:val="single"/>
          </w:rPr>
          <w:t>https://www.thc2.com/post/the-role-of-testosterone-in-your-body</w:t>
        </w:r>
      </w:hyperlink>
      <w:r>
        <w:t xml:space="preserve"> - The Higher Care Clinic explains the functions of testosterone, including its effects on muscle mass, bone health, libido, mood, energy levels, and red blood cell production. The article also discusses the importance of maintaining adequate testosterone levels for overall health.</w:t>
      </w:r>
      <w:r/>
    </w:p>
    <w:p>
      <w:pPr>
        <w:pStyle w:val="ListNumber"/>
        <w:spacing w:line="240" w:lineRule="auto"/>
        <w:ind w:left="720"/>
      </w:pPr>
      <w:r/>
      <w:hyperlink r:id="rId15">
        <w:r>
          <w:rPr>
            <w:color w:val="0000EE"/>
            <w:u w:val="single"/>
          </w:rPr>
          <w:t>https://www.inspirationparadise.org/post/understanding-the-importance-of-testosterone-levels-for-men-s-health</w:t>
        </w:r>
      </w:hyperlink>
      <w:r>
        <w:t xml:space="preserve"> - Inspiration Paradise explores the significance of testosterone levels in men's health, covering aspects such as muscle mass, bone density, libido, mood regulation, cognitive function, and metabolism. The article emphasizes the need for balanced testosterone levels for optimal health.</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healthsoothe.com/test-your-testosterone-levels-at-home-improve-health/" TargetMode="External"/><Relationship Id="rId11" Type="http://schemas.openxmlformats.org/officeDocument/2006/relationships/hyperlink" Target="https://www.health.harvard.edu/staying-healthy/testosterone--what-it-does-and-doesnt-do" TargetMode="External"/><Relationship Id="rId12" Type="http://schemas.openxmlformats.org/officeDocument/2006/relationships/hyperlink" Target="https://www.herabeautyandwellness.com/blog/the-importance-of-testosterone-in-men-s-health-benefits-of-optimal-levels/" TargetMode="External"/><Relationship Id="rId13" Type="http://schemas.openxmlformats.org/officeDocument/2006/relationships/hyperlink" Target="https://instituteofvitality.com/understanding-testosterone-its-role-functions-and-importance-in-mens-health/" TargetMode="External"/><Relationship Id="rId14" Type="http://schemas.openxmlformats.org/officeDocument/2006/relationships/hyperlink" Target="https://www.thc2.com/post/the-role-of-testosterone-in-your-body" TargetMode="External"/><Relationship Id="rId15" Type="http://schemas.openxmlformats.org/officeDocument/2006/relationships/hyperlink" Target="https://www.inspirationparadise.org/post/understanding-the-importance-of-testosterone-levels-for-men-s-healt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