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Why I Will Survive singer Gloria Gaynor is over for the gay community</w:t>
      </w:r>
      <w:r/>
    </w:p>
    <w:p>
      <w:r/>
      <w:r/>
    </w:p>
    <w:p>
      <w:r>
        <w:drawing>
          <wp:inline xmlns:a="http://schemas.openxmlformats.org/drawingml/2006/main" xmlns:pic="http://schemas.openxmlformats.org/drawingml/2006/picture">
            <wp:extent cx="5080000" cy="299564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95649"/>
                    </a:xfrm>
                    <a:prstGeom prst="rect"/>
                  </pic:spPr>
                </pic:pic>
              </a:graphicData>
            </a:graphic>
          </wp:inline>
        </w:drawing>
      </w:r>
    </w:p>
    <w:p>
      <w:r/>
      <w:r>
        <w:t xml:space="preserve">She's been happy to take money performing at gay events but controversial I Will Survive singer Gloria Gaynor has finally crossed a line. </w:t>
      </w:r>
      <w:r/>
    </w:p>
    <w:p>
      <w:r/>
      <w:r>
        <w:t>Despite her earlier statement in 2017 asserting a reluctance to be 'very political', Federal Election Commission (FEC) records show that since 2023, Gaynor has donated nearly $22,000 to a range of conservative and MAGA-aligned Republican candidates, including notable figures such as Ted Cruz, Mike Johnson, Jim Jordan, and Marco Rubio, alongside influential political action committees supporting right-wing agendas.</w:t>
      </w:r>
      <w:r/>
    </w:p>
    <w:p>
      <w:r/>
      <w:r>
        <w:t xml:space="preserve">Given her long-standing image as a symbol of empowerment and resilience within LGBTQ+ spaces, this is a smack in the mouth. The controversy intensified when former President Donald Trump announced he would honour Gaynor at the Kennedy Center, a move that provoked backlash among some of her LGBTQ+ fans and commentators. Ana Navarro, a co-host of The View, publicly urged Gaynor to decline the award, citing Trump’s history of opposing the rights of women, people of colour, and the LGBTQ+ community. </w:t>
      </w:r>
      <w:r/>
    </w:p>
    <w:p>
      <w:r/>
      <w:r>
        <w:t>Despite these donations, Gaynor has not publicly identified herself as a Trump supporter and has reportedly contributed to several Republican figures who have positioned themselves at odds with Trump, such as Ben Carson, Nikki Haley, and Vivek Ramaswamy. However, her support for candidates associated with the MAGA movement and conservative causes has left her political stance open to interpretation.</w:t>
      </w:r>
      <w:r/>
    </w:p>
    <w:p>
      <w:r/>
      <w:r>
        <w:t xml:space="preserve">Adding to the complexity, Gaynor’s remarks on LGBTQ+ issues have been controversial over the years. In a 2007 BBC interview, she expressed a desire to 'lead gays to Christ'. Honey, we don't need your leading. When asked about her role as a gay icon, she has expressed that her purpose is to bring 'the love of Christ' to her fans - again, intervention unnecessary - positioning her platform as one for religious outreach. In a 2019 NPR interview, Gaynor clarified her position by emphasising her love and acceptance of the LGBTQ+ community despite her Christian beliefs, a nuance that somewhat contrasts with earlier interpretations of her statements.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https://therandyreport.com/gloria-gaynor-donations-to-maga-republicans/?utm_source=rss&amp;utm_medium=rss&amp;utm_campaign=gloria-gaynor-donations-to-maga-republicans</w:t>
        </w:r>
      </w:hyperlink>
      <w:r>
        <w:t xml:space="preserve"> - Please view link - unable to able to access data</w:t>
      </w:r>
      <w:r/>
    </w:p>
    <w:p>
      <w:pPr>
        <w:pStyle w:val="ListNumber"/>
        <w:spacing w:line="240" w:lineRule="auto"/>
        <w:ind w:left="720"/>
      </w:pPr>
      <w:r/>
      <w:hyperlink r:id="rId11">
        <w:r>
          <w:rPr>
            <w:color w:val="0000EE"/>
            <w:u w:val="single"/>
          </w:rPr>
          <w:t>https://www.out.com/celebs/gloria-gaynor-maga</w:t>
        </w:r>
      </w:hyperlink>
      <w:r>
        <w:t xml:space="preserve"> - An article from Out magazine discusses Gloria Gaynor's political donations, revealing that she has contributed thousands of dollars to Republican candidates and conservative groups since 2023. The piece highlights donations to figures like Ted Cruz, Mike Johnson, Jim Jordan, and Marco Rubio, as well as to the New Journey PAC, which targets Black voters with MAGA candidates. The article also notes that Gaynor has not publicly endorsed Donald Trump but has supported several of his opponents, including Ben Carson, Nikki Haley, and Vivek Ramaswamy.</w:t>
      </w:r>
      <w:r/>
    </w:p>
    <w:p>
      <w:pPr>
        <w:pStyle w:val="ListNumber"/>
        <w:spacing w:line="240" w:lineRule="auto"/>
        <w:ind w:left="720"/>
      </w:pPr>
      <w:r/>
      <w:hyperlink r:id="rId12">
        <w:r>
          <w:rPr>
            <w:color w:val="0000EE"/>
            <w:u w:val="single"/>
          </w:rPr>
          <w:t>https://www.thedailybeast.com/gay-icon-trump-picked-for-kennedy-honors-revealed-as-maga-donor/</w:t>
        </w:r>
      </w:hyperlink>
      <w:r>
        <w:t xml:space="preserve"> - This Daily Beast article reports on Gloria Gaynor's selection for the Kennedy Center Honors by President Donald Trump. It reveals that Gaynor has donated nearly $22,000 to right-wing politicians and organizations since 2023, including figures like Ted Cruz, Marco Rubio, Mike Johnson, and the National Republican Senatorial Committee. The piece also mentions the mixed reactions to her receiving the honor, with some LGBTQ+ fans expressing disappointment due to her political contributions.</w:t>
      </w:r>
      <w:r/>
    </w:p>
    <w:p>
      <w:pPr>
        <w:pStyle w:val="ListNumber"/>
        <w:spacing w:line="240" w:lineRule="auto"/>
        <w:ind w:left="720"/>
      </w:pPr>
      <w:r/>
      <w:hyperlink r:id="rId13">
        <w:r>
          <w:rPr>
            <w:color w:val="0000EE"/>
            <w:u w:val="single"/>
          </w:rPr>
          <w:t>https://www.distractify.com/p/gloria-gaynor-political-views</w:t>
        </w:r>
      </w:hyperlink>
      <w:r>
        <w:t xml:space="preserve"> - An article from Distractify explores Gloria Gaynor's political views, noting that she has never publicly aligned herself with any political party. It discusses her 2007 comments about wanting to 'lead gays to Christ' and her subsequent clarifications in a 2019 NPR interview, where she emphasized her love and acceptance of the LGBTQ+ community despite her religious beliefs.</w:t>
      </w:r>
      <w:r/>
    </w:p>
    <w:p>
      <w:pPr>
        <w:pStyle w:val="ListNumber"/>
        <w:spacing w:line="240" w:lineRule="auto"/>
        <w:ind w:left="720"/>
      </w:pPr>
      <w:r/>
      <w:hyperlink r:id="rId14">
        <w:r>
          <w:rPr>
            <w:color w:val="0000EE"/>
            <w:u w:val="single"/>
          </w:rPr>
          <w:t>https://www.out.com/celebs/gloria-gaynor-kennedy-center-backlash</w:t>
        </w:r>
      </w:hyperlink>
      <w:r>
        <w:t xml:space="preserve"> - This Out magazine article covers the backlash Gloria Gaynor faced after being selected for the Kennedy Center Honors by President Donald Trump. It highlights criticism from figures like Ana Navarro, who urged Gaynor to decline the honor, citing concerns over Trump's record on LGBTQ+ rights. The piece also touches on Gaynor's past comments about the LGBTQ+ community and her clarification of those remarks in a 2019 NPR interview.</w:t>
      </w:r>
      <w:r/>
    </w:p>
    <w:p>
      <w:pPr>
        <w:pStyle w:val="ListNumber"/>
        <w:spacing w:line="240" w:lineRule="auto"/>
        <w:ind w:left="720"/>
      </w:pPr>
      <w:r/>
      <w:hyperlink r:id="rId15">
        <w:r>
          <w:rPr>
            <w:color w:val="0000EE"/>
            <w:u w:val="single"/>
          </w:rPr>
          <w:t>https://www.advocate.com/arts-entertainment/entertainment-news/2007/07/14/gloria-gaynor-wants-lead-gays-christ</w:t>
        </w:r>
      </w:hyperlink>
      <w:r>
        <w:t xml:space="preserve"> - An article from The Advocate reports on Gloria Gaynor's 2007 comments during a BBC interview, where she expressed a desire to 'lead gays to Christ.' The piece notes that these remarks were considered homophobic by some listeners and led to criticism. It also mentions Gaynor's subsequent clarification in a 2019 NPR interview, where she emphasized her love and acceptance of the LGBTQ+ community despite her religious beliefs.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therandyreport.com/gloria-gaynor-donations-to-maga-republicans/?utm_source=rss&amp;utm_medium=rss&amp;utm_campaign=gloria-gaynor-donations-to-maga-republicans" TargetMode="External"/><Relationship Id="rId11" Type="http://schemas.openxmlformats.org/officeDocument/2006/relationships/hyperlink" Target="https://www.out.com/celebs/gloria-gaynor-maga" TargetMode="External"/><Relationship Id="rId12" Type="http://schemas.openxmlformats.org/officeDocument/2006/relationships/hyperlink" Target="https://www.thedailybeast.com/gay-icon-trump-picked-for-kennedy-honors-revealed-as-maga-donor/" TargetMode="External"/><Relationship Id="rId13" Type="http://schemas.openxmlformats.org/officeDocument/2006/relationships/hyperlink" Target="https://www.distractify.com/p/gloria-gaynor-political-views" TargetMode="External"/><Relationship Id="rId14" Type="http://schemas.openxmlformats.org/officeDocument/2006/relationships/hyperlink" Target="https://www.out.com/celebs/gloria-gaynor-kennedy-center-backlash" TargetMode="External"/><Relationship Id="rId15" Type="http://schemas.openxmlformats.org/officeDocument/2006/relationships/hyperlink" Target="https://www.advocate.com/arts-entertainment/entertainment-news/2007/07/14/gloria-gaynor-wants-lead-gays-chri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