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Free gay telly on Freeview's first LGBTQ+ channel!</w:t>
      </w:r>
      <w:r/>
    </w:p>
    <w:p>
      <w:r/>
      <w:r/>
    </w:p>
    <w:p>
      <w:r>
        <w:drawing>
          <wp:inline xmlns:a="http://schemas.openxmlformats.org/drawingml/2006/main" xmlns:pic="http://schemas.openxmlformats.org/drawingml/2006/picture">
            <wp:extent cx="5080000" cy="286817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8177"/>
                    </a:xfrm>
                    <a:prstGeom prst="rect"/>
                  </pic:spPr>
                </pic:pic>
              </a:graphicData>
            </a:graphic>
          </wp:inline>
        </w:drawing>
      </w:r>
    </w:p>
    <w:p>
      <w:r/>
      <w:r>
        <w:t xml:space="preserve">Get ready for some great gay telly... if you don't mind watching a few ads here and there. </w:t>
      </w:r>
      <w:r/>
    </w:p>
    <w:p>
      <w:r/>
      <w:r>
        <w:t>OUTtv, the LGBTQ+ streaming service, is pushing into the UK market with the launch of its FAST (Free Ad-supported Streaming TV) channel, OUTflix Proud, on Freeview. That means that if you're a Freeview, erm, viewer you now have access to a broad array of LGBTQ+ original series, reality shows, documentaries, and feature films without subscription.</w:t>
      </w:r>
      <w:r/>
    </w:p>
    <w:p>
      <w:r/>
      <w:r>
        <w:t>OUTflix Proud, created in partnership with Fuse Media, offers over 400 hours of programming, including OUTtv originals such as Call Me Mother, Hot Haus, and For The Love of DILFs, authentic, queer-led storytelling that resonates with diverse LGBTQ+ communities. This launch on Freeview — which traditionally has been an aerial broadcast service — is part of an evolving platform that now supports FAST channels through hybrid streaming technology, facilitated by Global Distribution Services and enhanced by programmatic advertising capabilities. Someone will know what that means.</w:t>
      </w:r>
      <w:r/>
    </w:p>
    <w:p>
      <w:r/>
      <w:r>
        <w:t xml:space="preserve">Brad Danks, CEO of OUTtv, called the UK a 'key market' - erm, hooray! - with an eager audience seeking life-affirming queer content and a wealth of LGBTQ+ creative talent. </w:t>
      </w:r>
      <w:r/>
    </w:p>
    <w:p>
      <w:r/>
      <w:r>
        <w:t xml:space="preserve">This launch also marks a historical first for Freeview UK, as OUTflix Proud becomes the platform’s inaugural LGBTQ+ channel. Tanya Kronfli, founder and CEO of Global Distribution Services, said that the channel represents a 'bold step forward in inclusive broadcasting.' </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https://www.advanced-television.com/2025/06/18/outtv-launches-fast-channel-on-freeview-uk/</w:t>
        </w:r>
      </w:hyperlink>
      <w:r>
        <w:t xml:space="preserve"> - Please view link - unable to able to access data</w:t>
      </w:r>
      <w:r/>
    </w:p>
    <w:p>
      <w:pPr>
        <w:pStyle w:val="ListNumber"/>
        <w:spacing w:line="240" w:lineRule="auto"/>
        <w:ind w:left="720"/>
      </w:pPr>
      <w:r/>
      <w:hyperlink r:id="rId11">
        <w:r>
          <w:rPr>
            <w:color w:val="0000EE"/>
            <w:u w:val="single"/>
          </w:rPr>
          <w:t>https://www.mediamole.co.uk/entertainment/broadcasting/news/outtv-proud-fast-channel-launches-via-freeview_535762.html</w:t>
        </w:r>
      </w:hyperlink>
      <w:r>
        <w:t xml:space="preserve"> - OUTtv Proud, a FAST channel offering over 400 hours of LGBTQ+ programming, has launched on Freeview in the UK. The channel features original series like 'Call Me Mother', 'Hot Haus', and 'For The Love of DILFs'. CEO Brad Danks expressed excitement about partnering with Channelbox to reach a broader audience seeking diverse LGBTQ+ content. (</w:t>
      </w:r>
      <w:hyperlink r:id="rId12">
        <w:r>
          <w:rPr>
            <w:color w:val="0000EE"/>
            <w:u w:val="single"/>
          </w:rPr>
          <w:t>mediamole.co.uk</w:t>
        </w:r>
      </w:hyperlink>
      <w:r>
        <w:t>)</w:t>
      </w:r>
      <w:r/>
    </w:p>
    <w:p>
      <w:pPr>
        <w:pStyle w:val="ListNumber"/>
        <w:spacing w:line="240" w:lineRule="auto"/>
        <w:ind w:left="720"/>
      </w:pPr>
      <w:r/>
      <w:hyperlink r:id="rId13">
        <w:r>
          <w:rPr>
            <w:color w:val="0000EE"/>
            <w:u w:val="single"/>
          </w:rPr>
          <w:t>https://senalnews.com/en/digital/outtv-further-expand-in-the-uk-with-the-launch-of-outtv-proud-on-freeview</w:t>
        </w:r>
      </w:hyperlink>
      <w:r>
        <w:t xml:space="preserve"> - OUTtv, in partnership with Fuse Media, has secured a deal with Channelbox to distribute OUTtv Proud, its international FAST channel, in the UK via Freeview. The channel offers over 400 hours of content, including OUTtv originals like 'Call Me Mother', 'Hot Haus', and 'For The Love of DILFs'. CEO Brad Danks highlighted the UK's significance as a primary market for both SVOD and FAST channel streaming. (</w:t>
      </w:r>
      <w:hyperlink r:id="rId14">
        <w:r>
          <w:rPr>
            <w:color w:val="0000EE"/>
            <w:u w:val="single"/>
          </w:rPr>
          <w:t>senalnews.com</w:t>
        </w:r>
      </w:hyperlink>
      <w:r>
        <w:t>)</w:t>
      </w:r>
      <w:r/>
    </w:p>
    <w:p>
      <w:pPr>
        <w:pStyle w:val="ListNumber"/>
        <w:spacing w:line="240" w:lineRule="auto"/>
        <w:ind w:left="720"/>
      </w:pPr>
      <w:r/>
      <w:hyperlink r:id="rId15">
        <w:r>
          <w:rPr>
            <w:color w:val="0000EE"/>
            <w:u w:val="single"/>
          </w:rPr>
          <w:t>https://www.advanced-television.com/2024/05/09/outtv-proud-on-samsung-tv-plus/</w:t>
        </w:r>
      </w:hyperlink>
      <w:r>
        <w:t xml:space="preserve"> - OUTtv Proud, the FAST channel created by OUTtv and Fuse Media, is now available on Samsung TV Plus. The channel celebrates the global queer audience with over 400 hours of content, including iconic series like 'Absolutely Fabulous' and OUTtv originals such as 'Sew Fierce', 'Glow Up', and 'For The Love of DILFs'. CEO Brad Danks expressed excitement about increasing the multicultural scale of OUTtv Proud across Samsung TV Plus. (</w:t>
      </w:r>
      <w:hyperlink r:id="rId16">
        <w:r>
          <w:rPr>
            <w:color w:val="0000EE"/>
            <w:u w:val="single"/>
          </w:rPr>
          <w:t>advanced-television.com</w:t>
        </w:r>
      </w:hyperlink>
      <w:r>
        <w:t>)</w:t>
      </w:r>
      <w:r/>
    </w:p>
    <w:p>
      <w:pPr>
        <w:pStyle w:val="ListNumber"/>
        <w:spacing w:line="240" w:lineRule="auto"/>
        <w:ind w:left="720"/>
      </w:pPr>
      <w:r/>
      <w:hyperlink r:id="rId17">
        <w:r>
          <w:rPr>
            <w:color w:val="0000EE"/>
            <w:u w:val="single"/>
          </w:rPr>
          <w:t>https://tva.onscreenasia.com/2024/01/outtv-proud-heads-to-freeview-uk/</w:t>
        </w:r>
      </w:hyperlink>
      <w:r>
        <w:t xml:space="preserve"> - OUTtv, in partnership with Fuse Media, has secured a deal with Channelbox to distribute OUTtv Proud, its international FAST channel, in the UK via Freeview. The channel offers over 400 hours of content, including OUTtv originals like 'Call Me Mother', 'Hot Haus', and 'For The Love of DILFs'. CEO Brad Danks highlighted the UK's significance as a primary market for both SVOD and FAST channel streaming. (</w:t>
      </w:r>
      <w:hyperlink r:id="rId18">
        <w:r>
          <w:rPr>
            <w:color w:val="0000EE"/>
            <w:u w:val="single"/>
          </w:rPr>
          <w:t>tva.onscreenasia.com</w:t>
        </w:r>
      </w:hyperlink>
      <w:r>
        <w:t>)</w:t>
      </w:r>
      <w:r/>
    </w:p>
    <w:p>
      <w:pPr>
        <w:pStyle w:val="ListNumber"/>
        <w:spacing w:line="240" w:lineRule="auto"/>
        <w:ind w:left="720"/>
      </w:pPr>
      <w:r/>
      <w:hyperlink r:id="rId19">
        <w:r>
          <w:rPr>
            <w:color w:val="0000EE"/>
            <w:u w:val="single"/>
          </w:rPr>
          <w:t>https://www.advanced-television.com/2024/01/24/outtv-proud-on-freeview/</w:t>
        </w:r>
      </w:hyperlink>
      <w:r>
        <w:t xml:space="preserve"> - OUTtv, in partnership with Fuse Media, has secured a deal with Channelbox to distribute OUTtv Proud, its international FAST channel, in the UK via Freeview. The channel offers over 400 hours of content, including OUTtv originals like 'Call Me Mother', 'Hot Haus', and 'For The Love of DILFs'. CEO Brad Danks highlighted the UK's significance as a primary market for both SVOD and FAST channel streaming. (</w:t>
      </w:r>
      <w:hyperlink r:id="rId20">
        <w:r>
          <w:rPr>
            <w:color w:val="0000EE"/>
            <w:u w:val="single"/>
          </w:rPr>
          <w:t>advanced-television.com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advanced-television.com/2025/06/18/outtv-launches-fast-channel-on-freeview-uk/" TargetMode="External"/><Relationship Id="rId11" Type="http://schemas.openxmlformats.org/officeDocument/2006/relationships/hyperlink" Target="https://www.mediamole.co.uk/entertainment/broadcasting/news/outtv-proud-fast-channel-launches-via-freeview_535762.html" TargetMode="External"/><Relationship Id="rId12" Type="http://schemas.openxmlformats.org/officeDocument/2006/relationships/hyperlink" Target="https://www.mediamole.co.uk/entertainment/broadcasting/news/outtv-proud-fast-channel-launches-via-freeview_535762.html?utm_source=openai" TargetMode="External"/><Relationship Id="rId13" Type="http://schemas.openxmlformats.org/officeDocument/2006/relationships/hyperlink" Target="https://senalnews.com/en/digital/outtv-further-expand-in-the-uk-with-the-launch-of-outtv-proud-on-freeview" TargetMode="External"/><Relationship Id="rId14" Type="http://schemas.openxmlformats.org/officeDocument/2006/relationships/hyperlink" Target="https://senalnews.com/en/digital/outtv-further-expand-in-the-uk-with-the-launch-of-outtv-proud-on-freeview?utm_source=openai" TargetMode="External"/><Relationship Id="rId15" Type="http://schemas.openxmlformats.org/officeDocument/2006/relationships/hyperlink" Target="https://www.advanced-television.com/2024/05/09/outtv-proud-on-samsung-tv-plus/" TargetMode="External"/><Relationship Id="rId16" Type="http://schemas.openxmlformats.org/officeDocument/2006/relationships/hyperlink" Target="https://www.advanced-television.com/2024/05/09/outtv-proud-on-samsung-tv-plus/?utm_source=openai" TargetMode="External"/><Relationship Id="rId17" Type="http://schemas.openxmlformats.org/officeDocument/2006/relationships/hyperlink" Target="https://tva.onscreenasia.com/2024/01/outtv-proud-heads-to-freeview-uk/" TargetMode="External"/><Relationship Id="rId18" Type="http://schemas.openxmlformats.org/officeDocument/2006/relationships/hyperlink" Target="https://tva.onscreenasia.com/2024/01/outtv-proud-heads-to-freeview-uk/?utm_source=openai" TargetMode="External"/><Relationship Id="rId19" Type="http://schemas.openxmlformats.org/officeDocument/2006/relationships/hyperlink" Target="https://www.advanced-television.com/2024/01/24/outtv-proud-on-freeview/" TargetMode="External"/><Relationship Id="rId20" Type="http://schemas.openxmlformats.org/officeDocument/2006/relationships/hyperlink" Target="https://www.advanced-television.com/2024/01/24/outtv-proud-on-freeview/?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