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Spice up your (sex) life</w:t>
      </w:r>
      <w:r/>
    </w:p>
    <w:p>
      <w:r/>
      <w:r/>
    </w:p>
    <w:p>
      <w:r>
        <w:drawing>
          <wp:inline xmlns:a="http://schemas.openxmlformats.org/drawingml/2006/main" xmlns:pic="http://schemas.openxmlformats.org/drawingml/2006/picture">
            <wp:extent cx="5080000" cy="284902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9021"/>
                    </a:xfrm>
                    <a:prstGeom prst="rect"/>
                  </pic:spPr>
                </pic:pic>
              </a:graphicData>
            </a:graphic>
          </wp:inline>
        </w:drawing>
      </w:r>
    </w:p>
    <w:p>
      <w:r/>
      <w:r>
        <w:t>What if the only barrier between you and a more fulfilling sex life is the willingness to venture into uncharted territory? We're not saying you're boring but familiar routines can often lead to a stagnant relationship with desire. While there’s nothing inherently wrong with consistency (though it can be a bit of a yawn), it is crucial to explore new avenues to rekindle that spark.</w:t>
      </w:r>
      <w:r/>
    </w:p>
    <w:p>
      <w:r/>
      <w:r>
        <w:t>So, how can you put a firecracker under your sex life without exciting the attentions of the authorities? Here are a few ideas, some realistic, some crazy as all hell...</w:t>
      </w:r>
      <w:r/>
    </w:p>
    <w:p>
      <w:r/>
      <w:r>
        <w:t xml:space="preserve">Sex dolls. Don't laugh. We've come a long way since those blow-up jobbies that people still take on stag/hen nights. Contemporary sex dolls, such as those offered by Sex Doll France, are crafted to be astonishingly - frighteningly - lifelike. They provide an opportunity for intimate exploration free from the pressures that often accompany real-life interaction with a real-life person. You can really get your freak on with these guys without the need for a maybe disapproving partner, offering a judgment-free environment where you can experiment with your own desires. Some couples have begun incorporating them into their sex lives as a low-pressure companion, so you get all the enjoyment without any of the complications. </w:t>
      </w:r>
      <w:r/>
    </w:p>
    <w:p>
      <w:r/>
      <w:r>
        <w:t>The rise of sex dolls is not only about pleasure but also about mental health benefits. Many of those who use them report feeling a sense of companionship, diminishing feelings of loneliness and allowing for emotional vulnerability without fear of judgment. As societal views on sex dolls continue to evolve, their use is being recognised for promoting mindfulness and self-exploration, which can significantly contribute to an enhanced quality of life. So maybe soon we can get one on the NHS.</w:t>
      </w:r>
      <w:r/>
    </w:p>
    <w:p>
      <w:r/>
      <w:r>
        <w:t>Beyond dolls, erotic content can also be an exploration tool. Instead of sticking to familiar genres, why not broaden your horizons? A change is as good as a rest and maybe if you looked into maybe more sensual narratives or content that pushes the boundaries of your comfort zone, you might learn something. This exercise can unveil new turn-ons, helping you put into words what excites you and why.</w:t>
      </w:r>
      <w:r/>
    </w:p>
    <w:p>
      <w:r/>
      <w:r>
        <w:t xml:space="preserve">Roleplay can offer a rewarding avenue for discovery. Forget elaborate costumes (even though you're dying to get that chipmunk cossie out of the attic) or exhaustive narratives; simple scenarios can ignite thrilling dynamics. Whether it’s pretending to be strangers or shifting familiar roles, this type of engagement amplifies intimacy without the pressure to perform. </w:t>
      </w:r>
      <w:r/>
    </w:p>
    <w:p>
      <w:r/>
      <w:r>
        <w:t>Another method worth considering is reading erotica with intention. This practice isn’t merely about titillation; it’s a chance to reflect on your deepest preferences. When a passage stirs something inside you, pause to understand what elicited that reaction. Is it the power dynamics, the emotional connections, or the physical descriptions? By identifying these triggers, you can better weave them into your personal experiences and interactions, enriching your sexual life.</w:t>
      </w:r>
      <w:r/>
    </w:p>
    <w:p>
      <w:r/>
      <w:r>
        <w:t>For those inclined towards the physical, sensation play can enhance awareness and pleasure. Engaging with varied textures, temperatures, and sensations can heighten your sensitivity and foster a more mindful approach to intimacy. This form of exploration isn't tethered to performance but invites you to connect with your body, leading to a deeper understanding of what ignites your desire.</w:t>
      </w:r>
      <w:r/>
    </w:p>
    <w:p>
      <w:r/>
      <w:r>
        <w:t>Finally, journaling fantasies can be an enlightening exercise. Take a few minutes to write down whatever comes to mind, allowing unfiltered thoughts to flow. This practice not only strips away shame but can illuminate patterns in your desires, leading to self-discovery and potential dialogue with partners, should you choose to share.</w:t>
      </w:r>
      <w:r/>
    </w:p>
    <w:p>
      <w:r/>
      <w:r>
        <w:t>Ultimately, licencing yourself to be curious about your sexual desires doesn’t have to conform to any script. Curiosity, when you embrace it, opens the door to new sensations and journeys that can redefine your relationship with desire, making your experiences richer and undeniably more fulfilling.</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https://prettybigbutterflies.com/spice-things-up-unexpected-ways-to-explore-your-desires-safely/</w:t>
        </w:r>
      </w:hyperlink>
      <w:r>
        <w:t xml:space="preserve"> - Please view link - unable to able to access data</w:t>
      </w:r>
      <w:r/>
    </w:p>
    <w:p>
      <w:pPr>
        <w:pStyle w:val="ListNumber"/>
        <w:spacing w:line="240" w:lineRule="auto"/>
        <w:ind w:left="720"/>
      </w:pPr>
      <w:r/>
      <w:hyperlink r:id="rId11">
        <w:r>
          <w:rPr>
            <w:color w:val="0000EE"/>
            <w:u w:val="single"/>
          </w:rPr>
          <w:t>https://www.baycitizen.org/the-benefits-of-owning-a-sex-doll-improving-sexual-health-and-well-being/</w:t>
        </w:r>
      </w:hyperlink>
      <w:r>
        <w:t xml:space="preserve"> - This article discusses the health benefits of using sex dolls, highlighting their role as a healthier alternative to traditional sexual activity. It emphasizes that sex dolls are free from sexually transmitted infections and can be used safely for solo play, allowing individuals to explore and experiment with different sexual activities without the risks associated with unprotected sex. Additionally, sex dolls provide an opportunity for self-pleasure and exploration without the need to engage in physical contact with another person, making them an excellent option for those who have difficulty finding a partner due to health or other reasons.</w:t>
      </w:r>
      <w:r/>
    </w:p>
    <w:p>
      <w:pPr>
        <w:pStyle w:val="ListNumber"/>
        <w:spacing w:line="240" w:lineRule="auto"/>
        <w:ind w:left="720"/>
      </w:pPr>
      <w:r/>
      <w:hyperlink r:id="rId12">
        <w:r>
          <w:rPr>
            <w:color w:val="0000EE"/>
            <w:u w:val="single"/>
          </w:rPr>
          <w:t>https://www.rosycheeked.com/sexuality/exploring-your-sexual-imagination/</w:t>
        </w:r>
      </w:hyperlink>
      <w:r>
        <w:t xml:space="preserve"> - This article offers various methods to explore one's sexual imagination, including role play, sensory exploration, reading erotic literature, watching adult content, trying new activities, seeking inspiration from others, journaling, creative expression, and consensual partner communication. It emphasizes the importance of respecting boundaries and obtaining consent before discussing personal experiences, and encourages individuals to embrace their desires and engage their minds to unlock new levels of pleasure, intimacy, and self-discovery.</w:t>
      </w:r>
      <w:r/>
    </w:p>
    <w:p>
      <w:pPr>
        <w:pStyle w:val="ListNumber"/>
        <w:spacing w:line="240" w:lineRule="auto"/>
        <w:ind w:left="720"/>
      </w:pPr>
      <w:r/>
      <w:hyperlink r:id="rId13">
        <w:r>
          <w:rPr>
            <w:color w:val="0000EE"/>
            <w:u w:val="single"/>
          </w:rPr>
          <w:t>https://www.self.com/story/4-common-sexual-fantasies-and-how-to-safely-explore-them</w:t>
        </w:r>
      </w:hyperlink>
      <w:r>
        <w:t xml:space="preserve"> - This article explores four common sexual fantasies—domination/submission role play, outdoor sex, voyeurism, and exhibitionism—and provides guidance on how to safely explore them. It emphasizes the importance of consent, boundaries, and safety, advising individuals to develop a strong level of trust and communication with their partners. The article also suggests starting slowly and gradually building up to more adventurous experiences, and reminds readers to have fun and embrace the opportunity to learn more about themselves and their partners.</w:t>
      </w:r>
      <w:r/>
    </w:p>
    <w:p>
      <w:pPr>
        <w:pStyle w:val="ListNumber"/>
        <w:spacing w:line="240" w:lineRule="auto"/>
        <w:ind w:left="720"/>
      </w:pPr>
      <w:r/>
      <w:hyperlink r:id="rId14">
        <w:r>
          <w:rPr>
            <w:color w:val="0000EE"/>
            <w:u w:val="single"/>
          </w:rPr>
          <w:t>https://www.offthemrkt.com/lifestyle/mindful-companionship-the-emotional-and-mental-perks-of-sex-doll-ownership</w:t>
        </w:r>
      </w:hyperlink>
      <w:r>
        <w:t xml:space="preserve"> - This article delves into the emotional and mental benefits of owning a sex doll, highlighting how they can provide a safe space for emotional vulnerability and exploration without judgment or expectations. It discusses how sex dolls can combat loneliness and isolation by offering companionship and a sense of closeness, and how they can empower individuals to take control of their desires and needs, leading to improved mental well-being. The article also touches on the evolving societal attitudes towards sex dolls and the mindfulness practices associated with their use.</w:t>
      </w:r>
      <w:r/>
    </w:p>
    <w:p>
      <w:pPr>
        <w:pStyle w:val="ListNumber"/>
        <w:spacing w:line="240" w:lineRule="auto"/>
        <w:ind w:left="720"/>
      </w:pPr>
      <w:r/>
      <w:hyperlink r:id="rId15">
        <w:r>
          <w:rPr>
            <w:color w:val="0000EE"/>
            <w:u w:val="single"/>
          </w:rPr>
          <w:t>https://www.siliconwives.com/blogs/news/sex-dolls-and-body-positivity</w:t>
        </w:r>
      </w:hyperlink>
      <w:r>
        <w:t xml:space="preserve"> - This article discusses how sex dolls can promote positive body image by allowing individuals to express themselves without fear of judgment or ridicule. It highlights the diversity of sex dolls in terms of shapes, sizes, and ethnicities, promoting body positivity and acceptance. The article also outlines the benefits of using sex dolls for sexual exploration, including safe and private exploration, increased sexual confidence, variety and experimentation, stress relief, improved sexual performance, and enhanced relationships.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prettybigbutterflies.com/spice-things-up-unexpected-ways-to-explore-your-desires-safely/" TargetMode="External"/><Relationship Id="rId11" Type="http://schemas.openxmlformats.org/officeDocument/2006/relationships/hyperlink" Target="https://www.baycitizen.org/the-benefits-of-owning-a-sex-doll-improving-sexual-health-and-well-being/" TargetMode="External"/><Relationship Id="rId12" Type="http://schemas.openxmlformats.org/officeDocument/2006/relationships/hyperlink" Target="https://www.rosycheeked.com/sexuality/exploring-your-sexual-imagination/" TargetMode="External"/><Relationship Id="rId13" Type="http://schemas.openxmlformats.org/officeDocument/2006/relationships/hyperlink" Target="https://www.self.com/story/4-common-sexual-fantasies-and-how-to-safely-explore-them" TargetMode="External"/><Relationship Id="rId14" Type="http://schemas.openxmlformats.org/officeDocument/2006/relationships/hyperlink" Target="https://www.offthemrkt.com/lifestyle/mindful-companionship-the-emotional-and-mental-perks-of-sex-doll-ownership" TargetMode="External"/><Relationship Id="rId15" Type="http://schemas.openxmlformats.org/officeDocument/2006/relationships/hyperlink" Target="https://www.siliconwives.com/blogs/news/sex-dolls-and-body-positiv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