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Kylie’s Glasgow concert was 'woke and all gay' complains straight man. What did he expect?</w:t>
      </w:r>
      <w:r/>
    </w:p>
    <w:p>
      <w:r/>
      <w:r/>
    </w:p>
    <w:p>
      <w:r>
        <w:drawing>
          <wp:inline xmlns:a="http://schemas.openxmlformats.org/drawingml/2006/main" xmlns:pic="http://schemas.openxmlformats.org/drawingml/2006/picture">
            <wp:extent cx="5080000" cy="2658533"/>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658533"/>
                    </a:xfrm>
                    <a:prstGeom prst="rect"/>
                  </pic:spPr>
                </pic:pic>
              </a:graphicData>
            </a:graphic>
          </wp:inline>
        </w:drawing>
      </w:r>
    </w:p>
    <w:p>
      <w:r/>
      <w:r>
        <w:t xml:space="preserve">A straight man - let's call him Brian, seeing as that is, apparently, his name - having attended Kylie's Glasgow concert has complained that it was 'woke and all gay'. Which apparently came as a surprise to him. Maybe he'll complain that Oasis are noisy, boorish and scruffily dressed in concert. </w:t>
      </w:r>
      <w:r/>
    </w:p>
    <w:p>
      <w:r/>
      <w:r>
        <w:t xml:space="preserve">His comments sparked a wave of bemusement and joyful ridicule online. It would seem that the very fabric of Minogue's concerts, which have long been celebrated for their celebratory atmosphere and inclusive spirit, flew over Brian’s head - despite the fact that he had seen the star perform five times. </w:t>
      </w:r>
      <w:r/>
    </w:p>
    <w:p>
      <w:r/>
      <w:r>
        <w:t xml:space="preserve">One user quipped, 'It took Brian five concerts and hundreds of pounds to realise Kylie Minogue’s target audience is not straight men.' Another chipped in, 'Those four concerts with beer swigging straight men all over the gaff must have gone under the radar. Kylie a gay icon?! I’m stunned.' </w:t>
      </w:r>
      <w:r/>
    </w:p>
    <w:p>
      <w:r/>
      <w:r>
        <w:t xml:space="preserve">Source: </w:t>
      </w:r>
      <w:hyperlink r:id="rId9">
        <w:r>
          <w:rPr>
            <w:color w:val="0000EE"/>
            <w:u w:val="single"/>
          </w:rPr>
          <w:t>Noah Wire Services</w:t>
        </w:r>
      </w:hyperlink>
      <w:r/>
    </w:p>
    <w:p>
      <w:pPr>
        <w:pStyle w:val="Heading2"/>
      </w:pPr>
      <w:r>
        <w:t>Bibliography</w:t>
      </w:r>
      <w:r/>
      <w:r/>
    </w:p>
    <w:p>
      <w:pPr>
        <w:pStyle w:val="ListBullet"/>
        <w:spacing w:line="240" w:lineRule="auto"/>
        <w:ind w:left="720"/>
      </w:pPr>
      <w:r/>
      <w:hyperlink r:id="rId10">
        <w:r>
          <w:rPr>
            <w:color w:val="0000EE"/>
            <w:u w:val="single"/>
          </w:rPr>
          <w:t>https://www.starobserver.com.au/news/straight-kylie-minogue-fan-roasted-for-telling-kylie-her-concert-was-too-woke-gay/236823</w:t>
        </w:r>
      </w:hyperlink>
      <w:r>
        <w:t xml:space="preserve"> - Please view link - unable to able to access data</w:t>
      </w:r>
      <w:r/>
    </w:p>
    <w:p>
      <w:pPr>
        <w:pStyle w:val="ListBullet"/>
        <w:spacing w:line="240" w:lineRule="auto"/>
        <w:ind w:left="720"/>
      </w:pPr>
      <w:r/>
      <w:hyperlink r:id="rId11">
        <w:r>
          <w:rPr>
            <w:color w:val="0000EE"/>
            <w:u w:val="single"/>
          </w:rPr>
          <w:t>https://www.glasgowlive.co.uk/whats-on/whats-on-news/kylie-minogues-glasgow-ovo-hydro-30019124</w:t>
        </w:r>
      </w:hyperlink>
      <w:r>
        <w:t xml:space="preserve"> - Tickets for Kylie Minogue's Glasgow concert at the OVO Hydro sold out within eight minutes, leading to fan complaints about the ticketing process. Fans reported long waiting times and quick sell-outs, expressing frustration over the difficulties in securing tickets for the highly anticipated event.</w:t>
      </w:r>
      <w:r/>
    </w:p>
    <w:p>
      <w:pPr>
        <w:pStyle w:val="ListBullet"/>
        <w:spacing w:line="240" w:lineRule="auto"/>
        <w:ind w:left="720"/>
      </w:pPr>
      <w:r/>
      <w:hyperlink r:id="rId12">
        <w:r>
          <w:rPr>
            <w:color w:val="0000EE"/>
            <w:u w:val="single"/>
          </w:rPr>
          <w:t>https://forum.popjustice.com/threads/kylie-minogue-tension-tour-2025.75476/page-61</w:t>
        </w:r>
      </w:hyperlink>
      <w:r>
        <w:t xml:space="preserve"> - Discussions on the Popjustice Forum about Kylie Minogue's Tension Tour 2025 reveal mixed reactions. Some fans express excitement about the setlist and performances, while others voice concerns over staging and production elements, highlighting the diverse opinions within the fan community.</w:t>
      </w:r>
      <w:r/>
    </w:p>
    <w:p>
      <w:pPr>
        <w:pStyle w:val="ListBullet"/>
        <w:spacing w:line="240" w:lineRule="auto"/>
        <w:ind w:left="720"/>
      </w:pPr>
      <w:r/>
      <w:hyperlink r:id="rId13">
        <w:r>
          <w:rPr>
            <w:color w:val="0000EE"/>
            <w:u w:val="single"/>
          </w:rPr>
          <w:t>https://forum.popjustice.com/threads/kylie-minogue-tension-tour-2025.75476/page-7</w:t>
        </w:r>
      </w:hyperlink>
      <w:r>
        <w:t xml:space="preserve"> - The Popjustice Forum thread on Kylie Minogue's Tension Tour 2025 features fans discussing ticketing issues, including problems with Ticketmaster redirects and concerns about potential scams. These conversations reflect the challenges fans faced in securing tickets for the tour.</w:t>
      </w:r>
      <w:r/>
    </w:p>
    <w:p>
      <w:pPr>
        <w:pStyle w:val="ListBullet"/>
        <w:spacing w:line="240" w:lineRule="auto"/>
        <w:ind w:left="720"/>
      </w:pPr>
      <w:r/>
      <w:hyperlink r:id="rId14">
        <w:r>
          <w:rPr>
            <w:color w:val="0000EE"/>
            <w:u w:val="single"/>
          </w:rPr>
          <w:t>https://forum.popjustice.com/threads/kylie-minogue-tension-tour-2025.75476/page-60</w:t>
        </w:r>
      </w:hyperlink>
      <w:r>
        <w:t xml:space="preserve"> - Fans on the Popjustice Forum discuss Kylie Minogue's Tension Tour 2025, expressing opinions on setlists, staging, and production. The thread showcases a range of perspectives, with some fans praising the show and others suggesting areas for improvement.</w:t>
      </w:r>
      <w:r/>
    </w:p>
    <w:p>
      <w:pPr>
        <w:pStyle w:val="ListBullet"/>
        <w:spacing w:line="240" w:lineRule="auto"/>
        <w:ind w:left="720"/>
      </w:pPr>
      <w:r/>
      <w:hyperlink r:id="rId15">
        <w:r>
          <w:rPr>
            <w:color w:val="0000EE"/>
            <w:u w:val="single"/>
          </w:rPr>
          <w:t>https://www.perthnow.com.au/entertainment/a-look-at-what-kylie-minogue-achieved-at-her-perth-show-at-rac-arena-following-backlash-on-social-media-c-17751590</w:t>
        </w:r>
      </w:hyperlink>
      <w:r>
        <w:t xml:space="preserve"> - Following Kylie Minogue's Tension Tour opening in Perth, social media backlash emerged despite positive reviews from attendees. Fans criticized aspects of the show, including the setlist and production, highlighting the challenges artists face in meeting diverse audience expectations.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starobserver.com.au/news/straight-kylie-minogue-fan-roasted-for-telling-kylie-her-concert-was-too-woke-gay/236823" TargetMode="External"/><Relationship Id="rId11" Type="http://schemas.openxmlformats.org/officeDocument/2006/relationships/hyperlink" Target="https://www.glasgowlive.co.uk/whats-on/whats-on-news/kylie-minogues-glasgow-ovo-hydro-30019124" TargetMode="External"/><Relationship Id="rId12" Type="http://schemas.openxmlformats.org/officeDocument/2006/relationships/hyperlink" Target="https://forum.popjustice.com/threads/kylie-minogue-tension-tour-2025.75476/page-61" TargetMode="External"/><Relationship Id="rId13" Type="http://schemas.openxmlformats.org/officeDocument/2006/relationships/hyperlink" Target="https://forum.popjustice.com/threads/kylie-minogue-tension-tour-2025.75476/page-7" TargetMode="External"/><Relationship Id="rId14" Type="http://schemas.openxmlformats.org/officeDocument/2006/relationships/hyperlink" Target="https://forum.popjustice.com/threads/kylie-minogue-tension-tour-2025.75476/page-60" TargetMode="External"/><Relationship Id="rId15" Type="http://schemas.openxmlformats.org/officeDocument/2006/relationships/hyperlink" Target="https://www.perthnow.com.au/entertainment/a-look-at-what-kylie-minogue-achieved-at-her-perth-show-at-rac-arena-following-backlash-on-social-media-c-1775159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