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 feel it’s already a very queer space,' says Czechia's very queer ADONXS of Eurovision</w:t>
      </w:r>
      <w:r/>
    </w:p>
    <w:p>
      <w:r/>
      <w:r/>
    </w:p>
    <w:p>
      <w:r>
        <w:drawing>
          <wp:inline xmlns:a="http://schemas.openxmlformats.org/drawingml/2006/main" xmlns:pic="http://schemas.openxmlformats.org/drawingml/2006/picture">
            <wp:extent cx="5080000" cy="284913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9134"/>
                    </a:xfrm>
                    <a:prstGeom prst="rect"/>
                  </pic:spPr>
                </pic:pic>
              </a:graphicData>
            </a:graphic>
          </wp:inline>
        </w:drawing>
      </w:r>
    </w:p>
    <w:p>
      <w:r/>
      <w:r>
        <w:t>[Photo: David Urban]</w:t>
      </w:r>
      <w:r/>
    </w:p>
    <w:p>
      <w:r/>
      <w:r>
        <w:t>As Basel in Switzerland, where the Eurovision Song Contest is set to take place, gets its giddy on, the representative of Czechia (the artist formerly known as the Czech Republic) is ADONXS (the artist formerly known as Adam Pavlovčin). At 29, ADONXS is a classic triple threat - singer, dancer, and model - who also serves as an activist advocating for LGBTQ+ rights in his native Slovakia. His debut album, Age of ADONXS, was released in 2022, showcasing his brooding basso profondo vocals. Which means deep.</w:t>
      </w:r>
      <w:r/>
    </w:p>
    <w:p>
      <w:r/>
      <w:r>
        <w:t>ADONXS describes his Eurovision single, Kiss Kiss Goodbye, as a bittersweet anthem of liberation, which 'should feel liberating in a way,' he explained during an interview with DNA Magazine, adding that the song allows him to assert his independence from situations that no longer serve him: 'I’m allowing myself to exit... with a bit of sass, you know, kiss, kiss goodbye.' So far, so I Will Survive.</w:t>
      </w:r>
      <w:r/>
    </w:p>
    <w:p>
      <w:r/>
      <w:r>
        <w:t>As the countdown to Eurovision progresses, ADONXS is acutely aware of the demands placed on his voice. 'I’m still figuring this out... I have an incredible vocal coach,' he says. His preparation includes online warm-ups and energising ginger shots, which he finds essential for maintaining his vocal health. So far, so Mariah.</w:t>
      </w:r>
      <w:r/>
    </w:p>
    <w:p>
      <w:r/>
      <w:r>
        <w:t xml:space="preserve">The Eurovision environment, known for its close-knit community and acceptance, is something ADONXS appreciates deeply. 'I feel it’s already a very queer, inclusive space,' he reckons. </w:t>
      </w:r>
      <w:r/>
    </w:p>
    <w:p>
      <w:r/>
      <w:r>
        <w:t>Despite the varied opinions surrounding the contest - some claim it is overly saturated with queer representation (hooray!) while others argue it lacks sufficient diversity - ADONXS finds the current balance to be quite satisfying. He believes that Eurovision, with its eclectic range of performances, continues to evolve and reflect the community's diversity.</w:t>
      </w:r>
      <w:r/>
    </w:p>
    <w:p>
      <w:r/>
      <w:r>
        <w:t>ADONXS is set to perform Kiss Kiss Goodbye during Semi-Final 2 on Thursday, 15th May (CET).</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https://eurovision.tv/participant/adonxs-2025</w:t>
        </w:r>
      </w:hyperlink>
      <w:r>
        <w:t xml:space="preserve"> - This page provides an overview of ADONXS's career, including his role as a singer, dancer, and model, and his selection to represent Czechia at Eurovision 2025.</w:t>
      </w:r>
      <w:r/>
    </w:p>
    <w:p>
      <w:pPr>
        <w:pStyle w:val="ListBullet"/>
        <w:spacing w:line="240" w:lineRule="auto"/>
        <w:ind w:left="720"/>
      </w:pPr>
      <w:r/>
      <w:hyperlink r:id="rId11">
        <w:r>
          <w:rPr>
            <w:color w:val="0000EE"/>
            <w:u w:val="single"/>
          </w:rPr>
          <w:t>https://www.eurovisionlive.com/czechia-2025-adonxs/</w:t>
        </w:r>
      </w:hyperlink>
      <w:r>
        <w:t xml:space="preserve"> - This article details ADONXS's background, including his early life in Slovakia, his move to Prague, and his education in London, as well as his selection for Eurovision 2025.</w:t>
      </w:r>
      <w:r/>
    </w:p>
    <w:p>
      <w:pPr>
        <w:pStyle w:val="ListBullet"/>
        <w:spacing w:line="240" w:lineRule="auto"/>
        <w:ind w:left="720"/>
      </w:pPr>
      <w:r/>
      <w:hyperlink r:id="rId12">
        <w:r>
          <w:rPr>
            <w:color w:val="0000EE"/>
            <w:u w:val="single"/>
          </w:rPr>
          <w:t>https://www.thepinknews.com/2024/12/13/eurovision-song-contest-2025-queer-activist-musician-adonxs-czechia/</w:t>
        </w:r>
      </w:hyperlink>
      <w:r>
        <w:t xml:space="preserve"> - This article discusses ADONXS's activism for LGBTQIA+ rights in Slovakia, including his participation in pro-LGBTQ+ campaigns and efforts to change the definition of 'love' in the Slovakian dictionary.</w:t>
      </w:r>
      <w:r/>
    </w:p>
    <w:p>
      <w:pPr>
        <w:pStyle w:val="ListBullet"/>
        <w:spacing w:line="240" w:lineRule="auto"/>
        <w:ind w:left="720"/>
      </w:pPr>
      <w:r/>
      <w:hyperlink r:id="rId11">
        <w:r>
          <w:rPr>
            <w:color w:val="0000EE"/>
            <w:u w:val="single"/>
          </w:rPr>
          <w:t>https://www.eurovisionlive.com/czechia-2025-adonxs/</w:t>
        </w:r>
      </w:hyperlink>
      <w:r>
        <w:t xml:space="preserve"> - This source mentions ADONXS's debut album 'Age of Adonxs,' released in November 2022, and his participation in the Maltese national final.</w:t>
      </w:r>
      <w:r/>
    </w:p>
    <w:p>
      <w:pPr>
        <w:pStyle w:val="ListBullet"/>
        <w:spacing w:line="240" w:lineRule="auto"/>
        <w:ind w:left="720"/>
      </w:pPr>
      <w:r/>
      <w:hyperlink r:id="rId13">
        <w:r>
          <w:rPr>
            <w:color w:val="0000EE"/>
            <w:u w:val="single"/>
          </w:rPr>
          <w:t>https://eurovisionworld.com/esc/czechia-adonxs-picked-for-eurovision-2025</w:t>
        </w:r>
      </w:hyperlink>
      <w:r>
        <w:t xml:space="preserve"> - This article highlights ADONXS's selection to represent Czechia at Eurovision 2025 and his background as a singer, dancer, and model.</w:t>
      </w:r>
      <w:r/>
    </w:p>
    <w:p>
      <w:pPr>
        <w:pStyle w:val="ListBullet"/>
        <w:spacing w:line="240" w:lineRule="auto"/>
        <w:ind w:left="720"/>
      </w:pPr>
      <w:r/>
      <w:hyperlink r:id="rId11">
        <w:r>
          <w:rPr>
            <w:color w:val="0000EE"/>
            <w:u w:val="single"/>
          </w:rPr>
          <w:t>https://www.eurovisionlive.com/czechia-2025-adonxs/</w:t>
        </w:r>
      </w:hyperlink>
      <w:r>
        <w:t xml:space="preserve"> - This source provides information about ADONXS's participation in the Maltese national final and his upcoming performance at Eurovision 2025.</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eurovision.tv/participant/adonxs-2025" TargetMode="External"/><Relationship Id="rId11" Type="http://schemas.openxmlformats.org/officeDocument/2006/relationships/hyperlink" Target="https://www.eurovisionlive.com/czechia-2025-adonxs/" TargetMode="External"/><Relationship Id="rId12" Type="http://schemas.openxmlformats.org/officeDocument/2006/relationships/hyperlink" Target="https://www.thepinknews.com/2024/12/13/eurovision-song-contest-2025-queer-activist-musician-adonxs-czechia/" TargetMode="External"/><Relationship Id="rId13" Type="http://schemas.openxmlformats.org/officeDocument/2006/relationships/hyperlink" Target="https://eurovisionworld.com/esc/czechia-adonxs-picked-for-eurovision-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