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Pedro Pascal leads the celebrity charge against J.K. Rowling's exec producer role in the new Harry Potter series</w:t>
      </w:r>
    </w:p>
    <w:p>
      <w:r/>
    </w:p>
    <w:p>
      <w:r>
        <w:drawing>
          <wp:inline xmlns:a="http://schemas.openxmlformats.org/drawingml/2006/main" xmlns:pic="http://schemas.openxmlformats.org/drawingml/2006/picture">
            <wp:extent cx="5486400" cy="310564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5644"/>
                    </a:xfrm>
                    <a:prstGeom prst="rect"/>
                  </pic:spPr>
                </pic:pic>
              </a:graphicData>
            </a:graphic>
          </wp:inline>
        </w:drawing>
      </w:r>
    </w:p>
    <w:p>
      <w:r>
        <w:t>[Picture from Pedro Pascal's Instagram account]</w:t>
      </w:r>
    </w:p>
    <w:p>
      <w:r>
        <w:t>A wave of celebrity voices and fan-led campaigns have sprung up in opposition to HBO’s forthcoming Harry Potter television series, mainly because of arch-transphobe J.K. Rowling’s involvement... because she needs the money, right? Rowling, the author of the original (well, we say original...) Harry Potter novels, is slated to serve as an executive producer on the adaptation due no doubt to her extraordinary creativity...</w:t>
      </w:r>
    </w:p>
    <w:p>
      <w:r>
        <w:t>Pedro Pascal, known mainly for HBO’s The Last of Us, threw his not unattractive weight in on the controversy in an Instagram comment. Pascal, who has been an active supporter of transgender rights and whose younger sister Lux is a trans actress and model, responded to a call for a boycott posted by Instagram user Tariq Ra’ouf. The user’s video urged followers to stay well clear of Harry Potter content and merchandise, citing Rowling’s celebration (with a cigar! How very trans-man!) of a recent U.K. Supreme Court judgment that legally defines womanhood based on biological sex. Pascal called Rowling's reaction “awful disgusting S***” and “heinous LOSER behavior.”</w:t>
      </w:r>
    </w:p>
    <w:p>
      <w:r>
        <w:t>Nicola Coughlan, best known for her role in the hit series Bridgerton, also had a swipe at Rowling’s stance and distanced herself from the new Harry Potter project. Through her Instagram story, Coughlan expressed her intention to give the series a wide berth: 'Keep your new Harry Potter lads. Wouldn’t touch it with a ten foot pole.' She has been an outspoken advocate for LGBTQ+ rights and recently helped fundraise over £120,000 for Not a Phase, a charity supporting trans adults in the U.K.</w:t>
      </w:r>
    </w:p>
    <w:p>
      <w:r>
        <w:t>Rowling described the attempts at a boycott on her X account as 'dreadful news' and indicated she had prepared for the turmoil, joking about having 'a large stock of champagne' at the ready. She had already laid into former cast members from the Harry Potter film franchise - including Daniel Radcliffe and Emma Watson - who have expressed support for transgender rights, suggesting they should apologise to 'traumatised detransitioners and vulnerable women reliant on single sex spaces.'</w:t>
      </w:r>
    </w:p>
    <w:p>
      <w:r>
        <w:t xml:space="preserve">In a related thought, has anyone mentioned to the TERF-y lesbians celebrating exclusion of trans-women from single sex spaces, whether straight women are happy having </w:t>
      </w:r>
      <w:r>
        <w:rPr>
          <w:i/>
        </w:rPr>
        <w:t>them</w:t>
      </w:r>
      <w:r>
        <w:t xml:space="preserve"> in their toilets and changing rooms?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https://www.tvguide.com/news/harry-potter-tv-series-max/</w:t>
        </w:r>
      </w:hyperlink>
      <w:r>
        <w:t xml:space="preserve"> - Confirms J.K. Rowling's role as executive producer on the HBO Harry Potter series and her involvement in decision-making, as well as Daniel Radcliffe's supportive stance toward the reboot.</w:t>
      </w:r>
    </w:p>
    <w:p>
      <w:pPr>
        <w:pStyle w:val="ListBullet"/>
      </w:pPr>
      <w:hyperlink r:id="rId12">
        <w:r>
          <w:rPr>
            <w:u w:val="single"/>
            <w:color w:val="0000FF"/>
            <w:rStyle w:val="Hyperlink"/>
          </w:rPr>
          <w:t>https://www.youtube.com/watch?v=zUh-J5nb1EM</w:t>
        </w:r>
      </w:hyperlink>
      <w:r>
        <w:t xml:space="preserve"> - Highlights fan division and backlash over casting choices (e.g., Paapa Essiedu as Snape) and Hermione Granger potentially being portrayed as a woman of color, reflecting broader controversies around the series.</w:t>
      </w:r>
    </w:p>
    <w:p>
      <w:pPr>
        <w:pStyle w:val="ListBullet"/>
      </w:pPr>
      <w:hyperlink r:id="rId13">
        <w:r>
          <w:rPr>
            <w:u w:val="single"/>
            <w:color w:val="0000FF"/>
            <w:rStyle w:val="Hyperlink"/>
          </w:rPr>
          <w:t>https://www.gamingbible.com/news/tv-and-film/harry-potter/harry-potter-hbo-jk-rowling-update-227249-20241121</w:t>
        </w:r>
      </w:hyperlink>
      <w:r>
        <w:t xml:space="preserve"> - Details HBO's confirmation of Rowling's direct involvement in selecting writers and directors, as well as community concerns about her participation.</w:t>
      </w:r>
    </w:p>
    <w:p>
      <w:pPr>
        <w:pStyle w:val="ListBullet"/>
      </w:pPr>
      <w:hyperlink r:id="rId10">
        <w:r>
          <w:rPr>
            <w:u w:val="single"/>
            <w:color w:val="0000FF"/>
            <w:rStyle w:val="Hyperlink"/>
          </w:rPr>
          <w:t>https://www.noahwire.com</w:t>
        </w:r>
      </w:hyperlink>
      <w:r>
        <w:t xml:space="preserve"> - Original article source (hypothetically), though no direct corroboration exists in the provided results.</w:t>
      </w:r>
    </w:p>
    <w:p>
      <w:pPr>
        <w:pStyle w:val="ListBullet"/>
      </w:pPr>
      <w:hyperlink r:id="rId14">
        <w:r>
          <w:rPr>
            <w:u w:val="single"/>
            <w:color w:val="0000FF"/>
            <w:rStyle w:val="Hyperlink"/>
          </w:rPr>
          <w:t>https://www.news18.com/entertainment</w:t>
        </w:r>
      </w:hyperlink>
      <w:r>
        <w:t xml:space="preserve"> - Linked in the YouTube result as the publisher’s entertainment news hub (though no specific article is cited), potentially hosting related coverage on casting debates and Rowling's role.</w:t>
      </w:r>
    </w:p>
    <w:p>
      <w:pPr>
        <w:pStyle w:val="ListBullet"/>
      </w:pPr>
      <w:hyperlink r:id="rId15">
        <w:r>
          <w:rPr>
            <w:u w:val="single"/>
            <w:color w:val="0000FF"/>
            <w:rStyle w:val="Hyperlink"/>
          </w:rPr>
          <w:t>https://www.instagram.com/explore/tags/harrypotter/</w:t>
        </w:r>
      </w:hyperlink>
      <w:r>
        <w:t xml:space="preserve"> - Hypothetical URL for social media discussions, as the query describes Instagram activity (e.g., Tariq Ra’ouf’s post and Pascal’s comment) not directly captured in the provided results.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vguide.com/news/harry-potter-tv-series-max/" TargetMode="External"/><Relationship Id="rId12" Type="http://schemas.openxmlformats.org/officeDocument/2006/relationships/hyperlink" Target="https://www.youtube.com/watch?v=zUh-J5nb1EM" TargetMode="External"/><Relationship Id="rId13" Type="http://schemas.openxmlformats.org/officeDocument/2006/relationships/hyperlink" Target="https://www.gamingbible.com/news/tv-and-film/harry-potter/harry-potter-hbo-jk-rowling-update-227249-20241121" TargetMode="External"/><Relationship Id="rId14" Type="http://schemas.openxmlformats.org/officeDocument/2006/relationships/hyperlink" Target="https://www.news18.com/entertainment" TargetMode="External"/><Relationship Id="rId15" Type="http://schemas.openxmlformats.org/officeDocument/2006/relationships/hyperlink" Target="https://www.instagram.com/explore/tags/harrypo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