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New gay apps are bypassing dating and going straight for the NSA encounter</w:t>
      </w:r>
    </w:p>
    <w:p>
      <w:r/>
    </w:p>
    <w:p>
      <w:r>
        <w:drawing>
          <wp:inline xmlns:a="http://schemas.openxmlformats.org/drawingml/2006/main" xmlns:pic="http://schemas.openxmlformats.org/drawingml/2006/picture">
            <wp:extent cx="5486400" cy="311490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4907"/>
                    </a:xfrm>
                    <a:prstGeom prst="rect"/>
                  </pic:spPr>
                </pic:pic>
              </a:graphicData>
            </a:graphic>
          </wp:inline>
        </w:drawing>
      </w:r>
    </w:p>
    <w:p>
      <w:r>
        <w:t>In the realm of casual encounters, particularly among the gay community, there has been a surge in interest towards platforms that facilitate what is popularly referred to as "gay meet n fuck." This concept is gaining traction as an appealing alternative for individuals seeking no-strings-attached intimate experiences, transcending traditional dating norms and expectations.</w:t>
      </w:r>
    </w:p>
    <w:p>
      <w:r>
        <w:t>Many men report that the privacy these encounters offer creates a liberating atmosphere where sexual chemistry can flourish without the constraints typically associated with conventional dating. Participants in these scenarios often express that they find the intimacy and spontaneity of such encounters more fulfilling than traditional dating or casual sex. This freedom to explore one's desires without the weight of expectations is a key driver for many involved.</w:t>
      </w:r>
    </w:p>
    <w:p>
      <w:r>
        <w:t>For those interested in exploring this avenue, numerous online resources are available. The process begins with understanding personal preferences and what one seeks in a partner, whether the interest lies in a fleeting moment or a potential longer-term connection. Online dating platforms serve as an effective medium for individuals to connect, allowing them to browse through profiles and engage with others who share similar interests. It is essential for individuals to approach this experience with an open mindset, being themselves and managing their expectations realistically.</w:t>
      </w:r>
    </w:p>
    <w:p>
      <w:r>
        <w:t>In addition to the theoretical benefits, these platforms also cater to various demographics, including those seeking encounters with older men or men from diverse backgrounds. The digital approach to dating enables users to interact with potential partners from different regions, wider age ranges, and backgrounds, thereby broadening their horizons.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https://www.top10.com/dating/best-gay-dating-sites</w:t>
        </w:r>
      </w:hyperlink>
      <w:r>
        <w:t xml:space="preserve"> - This website provides a list of gay dating sites and apps that cater to casual encounters and 'meet n fuck' scenarios, highlighting platforms like Grindr and BeNaughty.</w:t>
      </w:r>
    </w:p>
    <w:p>
      <w:pPr>
        <w:pStyle w:val="ListBullet"/>
      </w:pPr>
      <w:hyperlink r:id="rId12">
        <w:r>
          <w:rPr>
            <w:u w:val="single"/>
            <w:color w:val="0000FF"/>
            <w:rStyle w:val="Hyperlink"/>
          </w:rPr>
          <w:t>https://www.travelgay.com/editorial/the-best-gay-dating-and-hookup-apps-for-men</w:t>
        </w:r>
      </w:hyperlink>
      <w:r>
        <w:t xml:space="preserve"> - This article discusses the popularity of apps like Grindr for casual gay encounters, emphasizing their role in facilitating quick connections.</w:t>
      </w:r>
    </w:p>
    <w:p>
      <w:pPr>
        <w:pStyle w:val="ListBullet"/>
      </w:pPr>
      <w:hyperlink r:id="rId13">
        <w:r>
          <w:rPr>
            <w:u w:val="single"/>
            <w:color w:val="0000FF"/>
            <w:rStyle w:val="Hyperlink"/>
          </w:rPr>
          <w:t>https://gaythrive.com/2025/gay-dating-apps-review-which-one-should-you-try/</w:t>
        </w:r>
      </w:hyperlink>
      <w:r>
        <w:t xml:space="preserve"> - This review highlights various gay dating apps that cater to casual encounters and discusses their features and user demographics.</w:t>
      </w:r>
    </w:p>
    <w:p>
      <w:pPr>
        <w:pStyle w:val="ListBullet"/>
      </w:pPr>
      <w:hyperlink r:id="rId10">
        <w:r>
          <w:rPr>
            <w:u w:val="single"/>
            <w:color w:val="0000FF"/>
            <w:rStyle w:val="Hyperlink"/>
          </w:rPr>
          <w:t>https://www.noahwire.com</w:t>
        </w:r>
      </w:hyperlink>
      <w:r>
        <w:t xml:space="preserve"> - While the article itself isn't available here, it's mentioned as the source discussing trends in casual gay encounters.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op10.com/dating/best-gay-dating-sites" TargetMode="External"/><Relationship Id="rId12" Type="http://schemas.openxmlformats.org/officeDocument/2006/relationships/hyperlink" Target="https://www.travelgay.com/editorial/the-best-gay-dating-and-hookup-apps-for-men" TargetMode="External"/><Relationship Id="rId13" Type="http://schemas.openxmlformats.org/officeDocument/2006/relationships/hyperlink" Target="https://gaythrive.com/2025/gay-dating-apps-review-which-one-should-you-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