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Harnessing therapy to enhance sexual health and intimacy</w:t>
      </w:r>
    </w:p>
    <w:p>
      <w:r/>
    </w:p>
    <w:p>
      <w:r>
        <w:drawing>
          <wp:inline xmlns:a="http://schemas.openxmlformats.org/drawingml/2006/main" xmlns:pic="http://schemas.openxmlformats.org/drawingml/2006/picture">
            <wp:extent cx="5486400" cy="31211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1185"/>
                    </a:xfrm>
                    <a:prstGeom prst="rect"/>
                  </pic:spPr>
                </pic:pic>
              </a:graphicData>
            </a:graphic>
          </wp:inline>
        </w:drawing>
      </w:r>
    </w:p>
    <w:p>
      <w:r>
        <w:t>As individuals and couples navigate the complexities of their emotional and physical connections, engaging a qualified therapist can lead to transformative changes in their relationships. The Centre for Relationship &amp; Intimacy WellBeing Blog highlights the importance of addressing intimacy issues, which can often hinder fulfilling connections.</w:t>
      </w:r>
    </w:p>
    <w:p>
      <w:r>
        <w:t>Many people face challenges in their intimate lives, ranging from sexual dysfunction and low libido to emotional disconnection. Such obstacles can lead to frustration and distress if left unresolved. A therapist specialising in sexual health can equip clients with essential tools to enhance communication and intimacy, fostering a more supportive landscape for their relationships.</w:t>
      </w:r>
    </w:p>
    <w:p>
      <w:r>
        <w:t>Often, therapy is mistakenly viewed as a service reserved for individuals in crisis but this overlooks its potential as a proactive measure for enriching connections. Therapy can provide a safe space for individuals to explore their feelings and thoughts surrounding intimacy, ultimately enhancing overall relationship dynamics. Clients are encouraged to share their motivations for seeking therapy during initial sessions, allowing the therapist to pin-point specific goals for their journey.</w:t>
      </w:r>
    </w:p>
    <w:p>
      <w:r>
        <w:t>Compatibility with a therapist is notably critical to the success of the therapeutic process. Clients should seek professionals who possess relevant qualifications, licensure, and certifications. This ensures that they have the appropriate training and expertise to handle intimate matters effectively. A good rapport and a sense of safety can significantly impact the therapeutic experience, promoting open dialogue about areas that may invoke discomfort or embarrassment.</w:t>
      </w:r>
    </w:p>
    <w:p>
      <w:r>
        <w:t>Misconceptions about therapy often lead to concerns regarding its focus. Contrary to the belief that therapy primarily targets sexual dysfunction or involves nudity, the emphasis is more often on enhancing communication, resolving conflicts, and delving into underlying issues that influence intimacy. By addressing emotional connections and personal histories, therapy offers a well-rounded approach to intimacy enhancement.</w:t>
      </w:r>
    </w:p>
    <w:p>
      <w:r>
        <w:t>Case studies illustrate the transformational potential of therapy in addressing intimacy issues. For instance, a couple experiencing mismatched desires benefited from engaging in sessions that facilitated open discussions about their needs. With the guidance of their therapist, they identified fears that influenced their expectations, ultimately enabling them to negotiate resolutions. As they progressed, improvements were noted not just in their intimate sphere but in their overall relationship satisfaction as well.</w:t>
      </w:r>
    </w:p>
    <w:p>
      <w:r>
        <w:t>Understanding sexual health within a supportive therapeutic environment is crucial, as it fosters trust between partners. It presents an opportunity for clients to articulate their needs and desires, thereby enhancing their emotional bonds. Even individuals enjoying positive intimate relationships can benefit from therapeutic exploration, opening avenues for erotic discovery and deeper emotional connections.</w:t>
      </w:r>
    </w:p>
    <w:p>
      <w:r>
        <w:t>Choosing the right therapist significantly influences the potential for emotional intimacy. Prospective clients are encouraged to assess credentials and experience, ensuring they select a professional with specialised training in sexual health. The importance of verifying licensure and seeking individuals with demonstrable expertise in addressing intimacy challenges cannot be understated.</w:t>
      </w:r>
    </w:p>
    <w:p>
      <w:r>
        <w:t>Another essential consideration in the selection process is the therapeutic approach. Different methodologies resonate differently with individuals, and it is vital to find an approach that aligns with one’s values and comfort levels. Engaging in consultations with potential therapists allows clients to gauge compatibility and verify experience with similar clientele, particularly for those seeking same-sex counselling.</w:t>
      </w:r>
    </w:p>
    <w:p>
      <w:r>
        <w:t>After initial consultations, which provide an opportunity to gauge communication styles and rapport, individuals should reflect on their feelings towards the potential therapist. This self-assessment can guide the ongoing search for an alignment that promotes effective therapy. Given the sensitive nature of the topics explored, trust and confidentiality play a significant role in establishing an effective therapeutic relationship.</w:t>
      </w:r>
    </w:p>
    <w:p>
      <w:r>
        <w:t>The importance of addressing intimacy issues collaboratively within partnerships is highlighted as couples work through deeper emotional dynamics affecting their closeness. Unresolved feelings and past experiences can present significant barriers to fulfilling connections. Thus, therapy can serve as a constructive platform for couples to engage with one another meaningfully.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https://www.spacebetweencounselingservices.com/therapy-insight/benefits-of-sex-therapy-exercises</w:t>
        </w:r>
      </w:hyperlink>
      <w:r>
        <w:t xml:space="preserve"> - This URL supports the claim that sex therapy enhances communication, intimacy, and emotional bonds in relationships, addressing issues like sexual dysfunction and emotional disconnection.</w:t>
      </w:r>
    </w:p>
    <w:p>
      <w:pPr>
        <w:pStyle w:val="ListBullet"/>
      </w:pPr>
      <w:hyperlink r:id="rId12">
        <w:r>
          <w:rPr>
            <w:u w:val="single"/>
            <w:color w:val="0000FF"/>
            <w:rStyle w:val="Hyperlink"/>
          </w:rPr>
          <w:t>https://www.e-counseling.com/articles/intimacy-therapy/</w:t>
        </w:r>
      </w:hyperlink>
      <w:r>
        <w:t xml:space="preserve"> - This URL confirms that intimacy therapy helps individuals and couples address various psychological and physical factors impacting their sexual satisfaction, improving overall well-being.</w:t>
      </w:r>
    </w:p>
    <w:p>
      <w:pPr>
        <w:pStyle w:val="ListBullet"/>
      </w:pPr>
      <w:hyperlink r:id="rId13">
        <w:r>
          <w:rPr>
            <w:u w:val="single"/>
            <w:color w:val="0000FF"/>
            <w:rStyle w:val="Hyperlink"/>
          </w:rPr>
          <w:t>https://awakeningscenter.org/breaking-taboos-the-importance-of-sex-therapy/</w:t>
        </w:r>
      </w:hyperlink>
      <w:r>
        <w:t xml:space="preserve"> - This source emphasizes the importance of sex therapy in breaking taboos and promoting healthier relationships by enhancing communication and addressing sexual concerns.</w:t>
      </w:r>
    </w:p>
    <w:p>
      <w:pPr>
        <w:pStyle w:val="ListBullet"/>
      </w:pPr>
      <w:hyperlink r:id="rId14">
        <w:r>
          <w:rPr>
            <w:u w:val="single"/>
            <w:color w:val="0000FF"/>
            <w:rStyle w:val="Hyperlink"/>
          </w:rPr>
          <w:t>https://www.apa.org/therapy/index.html</w:t>
        </w:r>
      </w:hyperlink>
      <w:r>
        <w:t xml:space="preserve"> - Although not explicitly mentioned in the search results, the APA website generally supports the concept that finding the right therapist, considering credentials and approach, is crucial for successful therapy.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pacebetweencounselingservices.com/therapy-insight/benefits-of-sex-therapy-exercises" TargetMode="External"/><Relationship Id="rId12" Type="http://schemas.openxmlformats.org/officeDocument/2006/relationships/hyperlink" Target="https://www.e-counseling.com/articles/intimacy-therapy/" TargetMode="External"/><Relationship Id="rId13" Type="http://schemas.openxmlformats.org/officeDocument/2006/relationships/hyperlink" Target="https://awakeningscenter.org/breaking-taboos-the-importance-of-sex-therapy/" TargetMode="External"/><Relationship Id="rId14" Type="http://schemas.openxmlformats.org/officeDocument/2006/relationships/hyperlink" Target="https://www.apa.org/therapy/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