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Trump's homophobia spreading to UK, says Russell T Davies</w:t>
      </w:r>
    </w:p>
    <w:p>
      <w:r/>
    </w:p>
    <w:p>
      <w:r>
        <w:drawing>
          <wp:inline xmlns:a="http://schemas.openxmlformats.org/drawingml/2006/main" xmlns:pic="http://schemas.openxmlformats.org/drawingml/2006/picture">
            <wp:extent cx="5486400" cy="272599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25990"/>
                    </a:xfrm>
                    <a:prstGeom prst="rect"/>
                  </pic:spPr>
                </pic:pic>
              </a:graphicData>
            </a:graphic>
          </wp:inline>
        </w:drawing>
      </w:r>
    </w:p>
    <w:p>
      <w:r>
        <w:t>In a recent interview with The Guardian at the Gaydio Pride awards in Manchester, renowned screenwriter Russell T Davies expressed deep concerns regarding the safety of the LGBTQ+ community, citing an increase in hostility since Donald Trump's re-election in November. The 61-year-old writer, known for his role in fostering LGBTQ+ representation through his work on series such as Queer As Folk and It's A Sin, articulated feeling a "wave of anger, violence, and resentment" directed towards gay individuals in the UK, a sentiment he attributes to the broader political climate.</w:t>
      </w:r>
    </w:p>
    <w:p>
      <w:r>
        <w:t>Davies remarked, "As a gay person, I feel that a wave of anger, violence, and resentment is approaching us on a massive scale. I literally see a difference in the way people speak to me as a gay person since the November elections." His comments reflect a growing unease within the community that transcends borders and is linked to global events, particularly in the United States.</w:t>
      </w:r>
    </w:p>
    <w:p>
      <w:r>
        <w:t>Over the past years, the re-elected Trump administration has implemented moves that have diminished protections for LGBTQ+ citizens, notably limiting access to transgender healthcare and asserting a binary view of gender. This evolution has raised alarm among advocates and observers alike, reinforcing perceptions of increasing vulnerability for LGBTQ+ individuals.</w:t>
      </w:r>
    </w:p>
    <w:p>
      <w:r>
        <w:t>Compounding these fears, Davies expressed particular concern over the influence of billionaire tech figure Elon Musk. He described Musk's impact on information dissemination as troubling, especially in light of a study from the University of California, which reported a 50 percent increase in hate speech following Musk's acquisition of Twitter. The platform, now rebranded, has become a focal point for discussions around free speech and the responsibilities of those in control of such platforms.</w:t>
      </w:r>
    </w:p>
    <w:p>
      <w:r>
        <w:t>Despite these challenges, Davies conveyed a sense of optimism regarding the resilience of the LGBTQ+ community. He believes that history has shown the community's ability to unite and resist in the face of adversity. "As we have always done in times of danger, we will unite and resist the growing hostility," he stated, suggesting that creative expression may become a potent form of resistance, even if it requires moving underground.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https://www.thepinknews.com/2023/08/29/russell-t-davies-slams-government-culture-of-hatred-manchester-pride/</w:t>
        </w:r>
      </w:hyperlink>
      <w:r>
        <w:t xml:space="preserve"> - This article supports Russell T Davies' concerns about the safety of the LGBTQ+ community and his critique of a 'culture of hatred' in the UK, reflecting his broader advocacy for LGBTQ+ rights.</w:t>
      </w:r>
    </w:p>
    <w:p>
      <w:pPr>
        <w:pStyle w:val="ListBullet"/>
      </w:pPr>
      <w:hyperlink r:id="rId12">
        <w:r>
          <w:rPr>
            <w:u w:val="single"/>
            <w:color w:val="0000FF"/>
            <w:rStyle w:val="Hyperlink"/>
          </w:rPr>
          <w:t>https://www.thepinknews.com/2025/02/14/russell-t-davies-tip-toe-lgbtq-queer-as-folk/</w:t>
        </w:r>
      </w:hyperlink>
      <w:r>
        <w:t xml:space="preserve"> - This article highlights Davies' ongoing work in promoting LGBTQ+ representation through his new series </w:t>
      </w:r>
      <w:r>
        <w:t>Tip Toe</w:t>
      </w:r>
      <w:r>
        <w:t>, which explores challenges facing the LGBTQ+ community.</w:t>
      </w:r>
    </w:p>
    <w:p>
      <w:pPr>
        <w:pStyle w:val="ListBullet"/>
      </w:pPr>
      <w:hyperlink r:id="rId13">
        <w:r>
          <w:rPr>
            <w:u w:val="single"/>
            <w:color w:val="0000FF"/>
            <w:rStyle w:val="Hyperlink"/>
          </w:rPr>
          <w:t>https://thedoctorwhocompanion.com/2024/04/05/reviewed-gay-aliens-and-queer-folk-how-russell-t-davies-changed-tv/</w:t>
        </w:r>
      </w:hyperlink>
      <w:r>
        <w:t xml:space="preserve"> - This piece discusses Russell T Davies' impact on queer representation in television, emphasizing his role in bringing LGBTQ+ stories to mainstream audiences.</w:t>
      </w:r>
    </w:p>
    <w:p>
      <w:pPr>
        <w:pStyle w:val="ListBullet"/>
      </w:pPr>
      <w:hyperlink r:id="rId14">
        <w:r>
          <w:rPr>
            <w:u w:val="single"/>
            <w:color w:val="0000FF"/>
            <w:rStyle w:val="Hyperlink"/>
          </w:rPr>
          <w:t>https://www.bbc.com/news/world-us-64839535</w:t>
        </w:r>
      </w:hyperlink>
      <w:r>
        <w:t xml:space="preserve"> - This article could provide context on the political climate in the United States and its potential impact on LGBTQ+ rights, although it is not directly linked to Davies' statements.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3/08/29/russell-t-davies-slams-government-culture-of-hatred-manchester-pride/" TargetMode="External"/><Relationship Id="rId12" Type="http://schemas.openxmlformats.org/officeDocument/2006/relationships/hyperlink" Target="https://www.thepinknews.com/2025/02/14/russell-t-davies-tip-toe-lgbtq-queer-as-folk/" TargetMode="External"/><Relationship Id="rId13" Type="http://schemas.openxmlformats.org/officeDocument/2006/relationships/hyperlink" Target="https://thedoctorwhocompanion.com/2024/04/05/reviewed-gay-aliens-and-queer-folk-how-russell-t-davies-changed-tv/" TargetMode="External"/><Relationship Id="rId14" Type="http://schemas.openxmlformats.org/officeDocument/2006/relationships/hyperlink" Target="https://www.bbc.com/news/world-us-648395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