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Young Hearts: the next Call Me By Your Name?</w:t>
      </w:r>
    </w:p>
    <w:p>
      <w:r/>
    </w:p>
    <w:p>
      <w:r>
        <w:drawing>
          <wp:inline xmlns:a="http://schemas.openxmlformats.org/drawingml/2006/main" xmlns:pic="http://schemas.openxmlformats.org/drawingml/2006/picture">
            <wp:extent cx="5486400" cy="307721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72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New film Young Hearts explores the intricacies of adolescent sexuality and familial dynamics through the experiences of its central character, Elias. The narrative portrays Elias as a young man whose feelings for his friend Alex prompt a complex internal struggle. Living in an environment devoid of openly queer individuals, Elias finds himself grappling with the belief that his emotions are somehow abnormal, a notion heavily influenced by the assumptions held by his family members.</w:t>
      </w:r>
    </w:p>
    <w:p>
      <w:r>
        <w:t>The film features a cast that includes Emilie De Roo as Natalie, Elias's mother, and Dirk Van Dijck as his grandfather Fred. Both characters serve as more sensitive listeners compared to Elias's self-absorbed father, who further complicates his journey of self-acceptance. Despite the presence of supportive figures, Elias remains quiet about his feelings, indicating a deeper struggle with his identity.</w:t>
      </w:r>
    </w:p>
    <w:p>
      <w:r>
        <w:t>"Young Hearts" employs a cinematic style that juxtaposes moments of blissful surrender with those of intense emotional repression. The film invokes a naturalistic aesthetic, reminiscent of Luca Guadagnino's acclaimed "Call Me By Your Name," though critics note it leans towards a more wholesome and cliché conclusion. The film culminates in a fairy tale-like ending, suggesting that Elias’s fears were ultimately unfounded, allowing for a resolution that reaffirms hope and acceptance.</w:t>
      </w:r>
    </w:p>
    <w:p>
      <w:r>
        <w:t>Running for 1 hour and 37 minutes and currently screening in theatres, "Young Hearts" has not yet received a rating. Its exploration of youth and identity portrays the journey of self-discovery against a backdrop of summer idleness, appealing to viewers who appreciate introspective storytelling.</w:t>
      </w:r>
    </w:p>
    <w:p>
      <w:r>
        <w:t xml:space="preserve">Source: </w:t>
      </w:r>
      <w:hyperlink r:id="rId10">
        <w:r>
          <w:rPr>
            <w:u w:val="single"/>
            <w:color w:val="0000FF"/>
            <w:rStyle w:val="Hyperlink"/>
          </w:rPr>
          <w:t>Noah Wire Services</w:t>
        </w:r>
      </w:hyperlink>
    </w:p>
    <w:p>
      <w:pPr>
        <w:pStyle w:val="Heading2"/>
      </w:pPr>
      <w:r>
        <w:t>References</w:t>
      </w:r>
    </w:p>
    <w:p>
      <w:pPr>
        <w:pStyle w:val="ListBullet"/>
      </w:pPr>
      <w:hyperlink r:id="rId11">
        <w:r>
          <w:rPr>
            <w:u w:val="single"/>
            <w:color w:val="0000FF"/>
            <w:rStyle w:val="Hyperlink"/>
          </w:rPr>
          <w:t>https://www.siff.net/cinema/in-theaters/young-hearts</w:t>
        </w:r>
      </w:hyperlink>
      <w:r>
        <w:t xml:space="preserve"> - This URL supports the claim that 'Young Hearts' is a coming-of-age film exploring adolescent sexuality and identity, featuring a narrative about Elias's first love. It also mentions the film's positive portrayal of queer relationships.</w:t>
      </w:r>
    </w:p>
    <w:p>
      <w:pPr>
        <w:pStyle w:val="ListBullet"/>
      </w:pPr>
      <w:hyperlink r:id="rId12">
        <w:r>
          <w:rPr>
            <w:u w:val="single"/>
            <w:color w:val="0000FF"/>
            <w:rStyle w:val="Hyperlink"/>
          </w:rPr>
          <w:t>https://en.wikipedia.org/wiki/Young_Hearts_(2024_film)</w:t>
        </w:r>
      </w:hyperlink>
      <w:r>
        <w:t xml:space="preserve"> - This Wikipedia page provides details about the film 'Young Hearts,' including its plot, cast, and festival appearances, which aligns with the article's description of the film's narrative and themes.</w:t>
      </w:r>
    </w:p>
    <w:p>
      <w:pPr>
        <w:pStyle w:val="ListBullet"/>
      </w:pPr>
      <w:hyperlink r:id="rId13">
        <w:r>
          <w:rPr>
            <w:u w:val="single"/>
            <w:color w:val="0000FF"/>
            <w:rStyle w:val="Hyperlink"/>
          </w:rPr>
          <w:t>https://www.youtube.com/watch?v=1aCTG9HplF8</w:t>
        </w:r>
      </w:hyperlink>
      <w:r>
        <w:t xml:space="preserve"> - The official trailer for 'Young Hearts' on YouTube corroborates the film's storyline and its focus on Elias's journey of self-discovery and love. It also highlights the film's upcoming release.</w:t>
      </w:r>
    </w:p>
    <w:p>
      <w:pPr>
        <w:pStyle w:val="ListBullet"/>
      </w:pPr>
      <w:hyperlink r:id="rId10">
        <w:r>
          <w:rPr>
            <w:u w:val="single"/>
            <w:color w:val="0000FF"/>
            <w:rStyle w:val="Hyperlink"/>
          </w:rPr>
          <w:t>https://www.noahwire.com</w:t>
        </w:r>
      </w:hyperlink>
      <w:r>
        <w:t xml:space="preserve"> - This source is mentioned as the origin of the article, though it does not directly provide additional information about the film 'Young Hearts' beyond what is described in the article.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www.noahwire.com" TargetMode="External"/><Relationship Id="rId11" Type="http://schemas.openxmlformats.org/officeDocument/2006/relationships/hyperlink" Target="https://www.siff.net/cinema/in-theaters/young-hearts" TargetMode="External"/><Relationship Id="rId12" Type="http://schemas.openxmlformats.org/officeDocument/2006/relationships/hyperlink" Target="https://en.wikipedia.org/wiki/Young_Hearts_(2024_film)" TargetMode="External"/><Relationship Id="rId13" Type="http://schemas.openxmlformats.org/officeDocument/2006/relationships/hyperlink" Target="https://www.youtube.com/watch?v=1aCTG9HplF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