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Sean Baker triumphs at the Oscars with the genius Anora</w:t>
      </w:r>
    </w:p>
    <w:p>
      <w:r/>
    </w:p>
    <w:p>
      <w:r>
        <w:drawing>
          <wp:inline xmlns:a="http://schemas.openxmlformats.org/drawingml/2006/main" xmlns:pic="http://schemas.openxmlformats.org/drawingml/2006/picture">
            <wp:extent cx="5486400" cy="2718731"/>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718731"/>
                    </a:xfrm>
                    <a:prstGeom prst="rect"/>
                  </pic:spPr>
                </pic:pic>
              </a:graphicData>
            </a:graphic>
          </wp:inline>
        </w:drawing>
      </w:r>
    </w:p>
    <w:p>
      <w:r>
        <w:t>He came to prominence as the director behind the iPhone-filmed trans comedy/thriller Tangerine. Now, at the 97th Academy Awards held last night at the Dolby Theatre in Los Angeles, filmmaker Sean Baker triumphed with multiple Oscars for his acclaimed film Anora, including Best Director, Best Original Screenplay, Best Editing, while the film also won Best Picture, resulting in a total of four Academy Awards for the night. This achievement places Baker alongside Walt Disney for the most wins in a single year at the Oscars exclusively from one film. The film's star, Mikey Madison, also picked up the Best Actress Oscar, ahead of Demi Moore, who was expected to win for The Substance.</w:t>
      </w:r>
    </w:p>
    <w:p>
      <w:r>
        <w:t>Anora, a comedy-drama that explores the impulsive marriage of a sex worker, played by Madison, to a reckless Russian oligarch heir during a Las Vegas getaway, has picked up acclaim throughout the awards season, including winning the Palme d'Or at the Cannes Film Festival.</w:t>
      </w:r>
    </w:p>
    <w:p>
      <w:r>
        <w:t>In his acceptance speech, Baker expressed appreciation for his cast and crew, as well as thanking various organisations involved in the film's production. He highlighted the importance of the sex worker community, saying, “They have shared their stories, their life experience with me over the years. They have my deepest respect. I share this with you.” He emphasised the need for continued support of independent cinemas and the communal experience they provide, particularly in an increasingly divided world.</w:t>
      </w:r>
    </w:p>
    <w:p>
      <w:r>
        <w:t>In her acceptance speech, Madison acknowledged her upbringing in Los Angeles, reflecting on her journey to Hollywood and thanking the community of Brighton Beach, where much of Anora was filmed. Madison stated, “I want to recognise the sex worker community. I will continue to support and be an ally. All the incredible people, the women I’ve had the privilege of meeting... have been among the highlights of this entire incredible experience.”</w:t>
      </w:r>
    </w:p>
    <w:p>
      <w:r>
        <w:t>Anora was produced on a modest budget of $6 million but has had amazing box office success, earning over $40 million, proving the growing appeal of independent films in the mainstream market. The narrative around the character of Ani, as portrayed by Madison, has been described as a poignant reflection of both individual struggles and broader societal issues, adding depth to the character and the film's themes.</w:t>
      </w:r>
    </w:p>
    <w:p>
      <w:r>
        <w:t xml:space="preserve">Baker's success at the Oscars follows a string of accolades this season, including wins at the Directors Guild of America and the Producers Guild, wherein he was seen as a leading contender for the evening's prestigious awards. </w:t>
      </w:r>
    </w:p>
    <w:p>
      <w:r>
        <w:t>The Academy Awards this year showcased an encouraging trend toward recognizing the works of first-time nominees in directing, with Baker's win underscoring an increasing appreciation for filmmakers who also serve as writers on their projects. The night was a celebration of both established and emerging talents in the industry, reflecting a diverse range of storytelling and innovative filmmaking.</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https://www.latimes.com/entertainment-arts/awards/story/2025-03-02/oscars-2025-director-sean-baker-makes-history-with-anora-wins</w:t>
        </w:r>
      </w:hyperlink>
      <w:r>
        <w:t xml:space="preserve"> - This article corroborates Sean Baker's historic win of four Oscars for 'Anora' at the 97th Academy Awards, including Best Director, Best Original Screenplay, Best Editing, and Best Picture.</w:t>
      </w:r>
    </w:p>
    <w:p>
      <w:pPr>
        <w:pStyle w:val="ListBullet"/>
      </w:pPr>
      <w:hyperlink r:id="rId12">
        <w:r>
          <w:rPr>
            <w:u w:val="single"/>
            <w:color w:val="0000FF"/>
            <w:rStyle w:val="Hyperlink"/>
          </w:rPr>
          <w:t>https://www.courts.michigan.gov/49008a/siteassets/publications/benchbooks/evidence/evidbb.pdf</w:t>
        </w:r>
      </w:hyperlink>
      <w:r>
        <w:t xml:space="preserve"> - This document does not directly support any claims about the Oscars or 'Anora' but provides general information on evidence and legal proceedings, which is not relevant to the article's content.</w:t>
      </w:r>
    </w:p>
    <w:p>
      <w:pPr>
        <w:pStyle w:val="ListBullet"/>
      </w:pPr>
      <w:hyperlink r:id="rId13">
        <w:r>
          <w:rPr>
            <w:u w:val="single"/>
            <w:color w:val="0000FF"/>
            <w:rStyle w:val="Hyperlink"/>
          </w:rPr>
          <w:t>https://www.youtube.com/watch?v=ozpV7LyJ4YQ</w:t>
        </w:r>
      </w:hyperlink>
      <w:r>
        <w:t xml:space="preserve"> - This video shows Sean Baker accepting the Oscar for Best Director for 'Anora,' confirming his win in that category.</w:t>
      </w:r>
    </w:p>
    <w:p>
      <w:pPr>
        <w:pStyle w:val="ListBullet"/>
      </w:pPr>
      <w:hyperlink r:id="rId10">
        <w:r>
          <w:rPr>
            <w:u w:val="single"/>
            <w:color w:val="0000FF"/>
            <w:rStyle w:val="Hyperlink"/>
          </w:rPr>
          <w:t>https://www.noahwire.com</w:t>
        </w:r>
      </w:hyperlink>
      <w:r>
        <w:t xml:space="preserve"> - This is the source of the original article but does not provide additional external corroboration beyond the text itself.</w:t>
      </w:r>
    </w:p>
    <w:p>
      <w:pPr>
        <w:pStyle w:val="ListBullet"/>
      </w:pPr>
      <w:hyperlink r:id="rId14">
        <w:r>
          <w:rPr>
            <w:u w:val="single"/>
            <w:color w:val="0000FF"/>
            <w:rStyle w:val="Hyperlink"/>
          </w:rPr>
          <w:t>https://www.imdb.com/title/tt24689312/</w:t>
        </w:r>
      </w:hyperlink>
      <w:r>
        <w:t xml:space="preserve"> - This page would provide details about the film 'Anora,' including its cast and awards, but the specific URL is not available in the search results.</w:t>
      </w:r>
    </w:p>
    <w:p>
      <w:pPr>
        <w:pStyle w:val="ListBullet"/>
      </w:pPr>
      <w:hyperlink r:id="rId15">
        <w:r>
          <w:rPr>
            <w:u w:val="single"/>
            <w:color w:val="0000FF"/>
            <w:rStyle w:val="Hyperlink"/>
          </w:rPr>
          <w:t>https://en.wikipedia.org/wiki/97th_Academy_Awards</w:t>
        </w:r>
      </w:hyperlink>
      <w:r>
        <w:t xml:space="preserve"> - This Wikipedia page would likely include information about the 97th Academy Awards, including winners and nominees, but the specific URL is not available in the search results.</w:t>
      </w:r>
    </w:p>
    <w:p>
      <w:pPr>
        <w:pStyle w:val="ListBullet"/>
      </w:pPr>
      <w:hyperlink r:id="rId16">
        <w:r>
          <w:rPr>
            <w:u w:val="single"/>
            <w:color w:val="0000FF"/>
            <w:rStyle w:val="Hyperlink"/>
          </w:rPr>
          <w:t>https://www.indiewire.com/awards/results/mikey-madison-wins-oscar-best-actress-for-anora-1235099763/</w:t>
        </w:r>
      </w:hyperlink>
      <w:r>
        <w:t xml:space="preserve"> - Please view link - unable to able to access data</w:t>
      </w:r>
    </w:p>
    <w:p>
      <w:pPr>
        <w:pStyle w:val="ListBullet"/>
      </w:pPr>
      <w:hyperlink r:id="rId17">
        <w:r>
          <w:rPr>
            <w:u w:val="single"/>
            <w:color w:val="0000FF"/>
            <w:rStyle w:val="Hyperlink"/>
          </w:rPr>
          <w:t>https://www.theguardian.com/film/2025/mar/03/oscar-sean-baker-best-original-screenplay-anora</w:t>
        </w:r>
      </w:hyperlink>
      <w:r>
        <w:t xml:space="preserve"> - Please view link - unable to able to access data</w:t>
      </w:r>
    </w:p>
    <w:p>
      <w:pPr>
        <w:pStyle w:val="ListBullet"/>
      </w:pPr>
      <w:hyperlink r:id="rId18">
        <w:r>
          <w:rPr>
            <w:u w:val="single"/>
            <w:color w:val="0000FF"/>
            <w:rStyle w:val="Hyperlink"/>
          </w:rPr>
          <w:t>https://www.perthnow.com.au/entertainment/celebrity/oscars-2025-sean-bakers-first-win-c-17907901</w:t>
        </w:r>
      </w:hyperlink>
      <w:r>
        <w:t xml:space="preserve"> - Please view link - unable to able to access data</w:t>
      </w:r>
    </w:p>
    <w:p>
      <w:pPr>
        <w:pStyle w:val="ListBullet"/>
      </w:pPr>
      <w:hyperlink r:id="rId19">
        <w:r>
          <w:rPr>
            <w:u w:val="single"/>
            <w:color w:val="0000FF"/>
            <w:rStyle w:val="Hyperlink"/>
          </w:rPr>
          <w:t>https://www.news4jax.com/entertainment/2025/03/03/sean-baker-wins-original-screenplay-oscar-for-anora/</w:t>
        </w:r>
      </w:hyperlink>
      <w:r>
        <w:t xml:space="preserve"> - Please view link - unable to able to access data</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latimes.com/entertainment-arts/awards/story/2025-03-02/oscars-2025-director-sean-baker-makes-history-with-anora-wins" TargetMode="External"/><Relationship Id="rId12" Type="http://schemas.openxmlformats.org/officeDocument/2006/relationships/hyperlink" Target="https://www.courts.michigan.gov/49008a/siteassets/publications/benchbooks/evidence/evidbb.pdf" TargetMode="External"/><Relationship Id="rId13" Type="http://schemas.openxmlformats.org/officeDocument/2006/relationships/hyperlink" Target="https://www.youtube.com/watch?v=ozpV7LyJ4YQ" TargetMode="External"/><Relationship Id="rId14" Type="http://schemas.openxmlformats.org/officeDocument/2006/relationships/hyperlink" Target="https://www.imdb.com/title/tt24689312/" TargetMode="External"/><Relationship Id="rId15" Type="http://schemas.openxmlformats.org/officeDocument/2006/relationships/hyperlink" Target="https://en.wikipedia.org/wiki/97th_Academy_Awards" TargetMode="External"/><Relationship Id="rId16" Type="http://schemas.openxmlformats.org/officeDocument/2006/relationships/hyperlink" Target="https://www.indiewire.com/awards/results/mikey-madison-wins-oscar-best-actress-for-anora-1235099763/" TargetMode="External"/><Relationship Id="rId17" Type="http://schemas.openxmlformats.org/officeDocument/2006/relationships/hyperlink" Target="https://www.theguardian.com/film/2025/mar/03/oscar-sean-baker-best-original-screenplay-anora" TargetMode="External"/><Relationship Id="rId18" Type="http://schemas.openxmlformats.org/officeDocument/2006/relationships/hyperlink" Target="https://www.perthnow.com.au/entertainment/celebrity/oscars-2025-sean-bakers-first-win-c-17907901" TargetMode="External"/><Relationship Id="rId19" Type="http://schemas.openxmlformats.org/officeDocument/2006/relationships/hyperlink" Target="https://www.news4jax.com/entertainment/2025/03/03/sean-baker-wins-original-screenplay-oscar-for-ano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