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Norwegian parliament proposal recommending three genders in passports</w:t>
      </w:r>
    </w:p>
    <w:p>
      <w:r/>
    </w:p>
    <w:p>
      <w:r>
        <w:drawing>
          <wp:inline xmlns:a="http://schemas.openxmlformats.org/drawingml/2006/main" xmlns:pic="http://schemas.openxmlformats.org/drawingml/2006/picture">
            <wp:extent cx="5486400" cy="3412621"/>
            <wp:docPr id="1" name="Picture 1"/>
            <wp:cNvGraphicFramePr>
              <a:graphicFrameLocks noChangeAspect="1"/>
            </wp:cNvGraphicFramePr>
            <a:graphic>
              <a:graphicData uri="http://schemas.openxmlformats.org/drawingml/2006/picture">
                <pic:pic>
                  <pic:nvPicPr>
                    <pic:cNvPr id="0" name="image.png"/>
                    <pic:cNvPicPr/>
                  </pic:nvPicPr>
                  <pic:blipFill>
                    <a:blip r:embed="rId9"/>
                    <a:stretch>
                      <a:fillRect/>
                    </a:stretch>
                  </pic:blipFill>
                  <pic:spPr>
                    <a:xfrm>
                      <a:off x="0" y="0"/>
                      <a:ext cx="5486400" cy="3412621"/>
                    </a:xfrm>
                    <a:prstGeom prst="rect"/>
                  </pic:spPr>
                </pic:pic>
              </a:graphicData>
            </a:graphic>
          </wp:inline>
        </w:drawing>
      </w:r>
    </w:p>
    <w:p>
      <w:r>
        <w:t>In a world where Trump feels it necessary to use his inauguration to emphasise the view that there are two genders, in a move to honour the rights of transgender and gender neutral people, the Socialist Left Party (SV) has introduced a proposal to the Norwegian Parliament, known as the Storting, which advocates for the inclusion of a third gender category in passports. This proposal is viewed as an essential step towards enhancing the recognition and dignity of transgender people in Norway.</w:t>
      </w:r>
    </w:p>
    <w:p>
      <w:r>
        <w:t>Kathy Lie, the equality political spokesperson for SV, highlighted the importance of this initiative, stating that the daily lives of transgender individuals require more than just changes in documentation. Speaking to Aftenposten, Lie emphasised, "We expect the parties in Stortinget to support this simple yet significant issue that harms no one." The proposal aims to create a more inclusive and equitable society for individuals who do not identify strictly as male or female.</w:t>
      </w:r>
    </w:p>
    <w:p>
      <w:r>
        <w:t>In the backdrop of ongoing discussions about gender identity, author and trans activist Luca Dalen Espseth has urged wider support for transgender rights, emphasising the risks faced by these individuals amid what he described as "ugly and undignified culture wars." In his commentary, Espseth called on those who may not be directly affected to demonstrate their solidarity and advocate for change.</w:t>
      </w:r>
    </w:p>
    <w:p>
      <w:r>
        <w:t>The need for enhanced protections for transgender individuals transcends the proposal for a simple addition to passports, requiring a more profound commitment to societal change. This sentiment underscores the recognition that while the passport amendment is a positive step, it is merely one part of a broader struggle for safety and dignity in daily life for transgender individuals.</w:t>
      </w:r>
    </w:p>
    <w:p>
      <w:r>
        <w:t>As discussions progress, the proposal has garnered attention and support as a significant legislative effort in favour of inclusivity. The SV and its supporters have signalled their commitment to advancing the rights of transgender individuals, seeking to send a powerful message through parliamentary action that affirms the importance of recognising diverse gender identities.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https://www.sbs.com.au/voices/article/norway-could-be-introducing-a-third-gender-option-on-passports/q7pdahmbs</w:t>
        </w:r>
      </w:hyperlink>
      <w:r>
        <w:t xml:space="preserve"> - This article supports the ongoing discussions about introducing a third gender option in Norway, highlighting previous efforts by the Labour Party to consider such a change.</w:t>
      </w:r>
    </w:p>
    <w:p>
      <w:pPr>
        <w:pStyle w:val="ListBullet"/>
      </w:pPr>
      <w:hyperlink r:id="rId12">
        <w:r>
          <w:rPr>
            <w:u w:val="single"/>
            <w:color w:val="0000FF"/>
            <w:rStyle w:val="Hyperlink"/>
          </w:rPr>
          <w:t>https://www.thepinknews.com/2017/02/08/norway-could-introduce-a-third-gender-option-on-passports/</w:t>
        </w:r>
      </w:hyperlink>
      <w:r>
        <w:t xml:space="preserve"> - It corroborates the idea of introducing a third gender option in Norway, mentioning the Labour Party's proposal to use the term 'hen' for those who do not identify as male or female.</w:t>
      </w:r>
    </w:p>
    <w:p>
      <w:pPr>
        <w:pStyle w:val="ListBullet"/>
      </w:pPr>
      <w:hyperlink r:id="rId13">
        <w:r>
          <w:rPr>
            <w:u w:val="single"/>
            <w:color w:val="0000FF"/>
            <w:rStyle w:val="Hyperlink"/>
          </w:rPr>
          <w:t>https://cne.news/article/1422-norway-considers-introducing-a-third-gender</w:t>
        </w:r>
      </w:hyperlink>
      <w:r>
        <w:t xml:space="preserve"> - This article provides recent context on Norway's consideration of a third legal gender, highlighting the involvement of the Norwegian Directorate for Children, Youth and Family Affairs in researching the issue.</w:t>
      </w:r>
    </w:p>
    <w:p>
      <w:pPr>
        <w:pStyle w:val="ListBullet"/>
      </w:pPr>
      <w:hyperlink r:id="rId10">
        <w:r>
          <w:rPr>
            <w:u w:val="single"/>
            <w:color w:val="0000FF"/>
            <w:rStyle w:val="Hyperlink"/>
          </w:rPr>
          <w:t>https://www.noahwire.com</w:t>
        </w:r>
      </w:hyperlink>
      <w:r>
        <w:t xml:space="preserve"> - This source is mentioned as the origin of the article discussing the Socialist Left Party's proposal for a third gender category in passports, though specific details about the proposal are not available from this URL alone.</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png"/><Relationship Id="rId10" Type="http://schemas.openxmlformats.org/officeDocument/2006/relationships/hyperlink" Target="https://www.noahwire.com" TargetMode="External"/><Relationship Id="rId11" Type="http://schemas.openxmlformats.org/officeDocument/2006/relationships/hyperlink" Target="https://www.sbs.com.au/voices/article/norway-could-be-introducing-a-third-gender-option-on-passports/q7pdahmbs" TargetMode="External"/><Relationship Id="rId12" Type="http://schemas.openxmlformats.org/officeDocument/2006/relationships/hyperlink" Target="https://www.thepinknews.com/2017/02/08/norway-could-introduce-a-third-gender-option-on-passports/" TargetMode="External"/><Relationship Id="rId13" Type="http://schemas.openxmlformats.org/officeDocument/2006/relationships/hyperlink" Target="https://cne.news/article/1422-norway-considers-introducing-a-third-gend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