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Plenty of gay viewing in Netflix's 2025 line-up</w:t>
      </w:r>
    </w:p>
    <w:p>
      <w:r/>
    </w:p>
    <w:p>
      <w:r>
        <w:drawing>
          <wp:inline xmlns:a="http://schemas.openxmlformats.org/drawingml/2006/main" xmlns:pic="http://schemas.openxmlformats.org/drawingml/2006/picture">
            <wp:extent cx="5486400" cy="308354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83547"/>
                    </a:xfrm>
                    <a:prstGeom prst="rect"/>
                  </pic:spPr>
                </pic:pic>
              </a:graphicData>
            </a:graphic>
          </wp:inline>
        </w:drawing>
      </w:r>
    </w:p>
    <w:p>
      <w:r>
        <w:t>Netflix is poised for a remarkable year in 2025, with an impressive array of LGBTQ+ narratives and performers set to illuminate the platform. According to Yasmin Vince at DIVA Magazine, the year has commenced with a significant milestone, as Netflix has achieved a record number of Oscar nominations, largely attributed to the film Emilia Pérez, which prominently features queer themes and talent.</w:t>
      </w:r>
    </w:p>
    <w:p>
      <w:r>
        <w:t>The upcoming slate for the streaming giant includes several key titles including the fifth season of Stranger Things [pictured], marking the conclusion of the supernatural series. As residents of Hawkins prepare to confront the formidable antagonist Vecna, the tension escalates among friendships and lives are at stake. Noteworthy among the cast are Maya Hawke and Amybeth McNulty, with the narrative generating considerable excitement among sapphic fans regarding the potential romantic developments between Robin and Vickie.</w:t>
      </w:r>
    </w:p>
    <w:p>
      <w:r>
        <w:t>In the mother-daughter drama Ginny &amp; Georgia, the third season, sees Ginny facing challenges regarding her loyalties following her mother’s arrest in the prior season. LGBTQ+ viewers are particularly eager to learn whether the characters Maxine and Silver will finally begin a romantic relationship.</w:t>
      </w:r>
    </w:p>
    <w:p>
      <w:r>
        <w:t>The iconic Wednesday Addams returns in Wednesday season two, with Jenna Ortega once again taking on the lead role. The storyline promises further mysteries at Nevermore Academy, including the budding dynamic between Wednesday and her roommate, Enid Sinclair, as fans hope for a deeper connection between the two.</w:t>
      </w:r>
    </w:p>
    <w:p>
      <w:r>
        <w:t>A new series titled Sirens, featuring Julianne Moore and Milly Alcock, explores themes of familial bonds and unsettling relationships. The plot centres on a woman who becomes suspicious of her sister's connections with a charismatic socialite named Michaela, leading to an intervention that uncovers unexpected challenges.</w:t>
      </w:r>
    </w:p>
    <w:p>
      <w:r>
        <w:t>The return to Shadyside is also on the horizon with Fear Street: Prom Queen, the next chapter in the chilling franchise. Following three previous films that embraced sapphic narratives, anticipation is high for this latest instalment, which focuses on the enigmatic disappearances of prom queen candidates in 1988.</w:t>
      </w:r>
    </w:p>
    <w:p>
      <w:r>
        <w:t>In addition to these stories, numerous films and television series are set to feature prominent LGBTQ+ actors, even if they do not centre on queer characters. Notable inclusions are Megan Stalter in Too Much, which follows a New Yorker who relocates to London after a breakup, and Erin Doherty playing a clinical psychologist in Adolescence, slated for 13 March. Furthermore, the period drama The Abandons, starring Gillian Anderson, and the return of Black Mirror for its seventh season, which will showcase Emma Corrin, are also generating buzz.</w:t>
      </w:r>
    </w:p>
    <w:p>
      <w:r>
        <w:t>In the realm of film, Havoc is an action thriller starring Jessie Mei Li, best known for her role in Shadow And Bone. The plot revolves around a detective who navigates the criminal underground to rescue a politician's estranged son.</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https://www.autostraddle.com/january-2025-whats-new-gay-and-streaming-on-netflix-max-prime-video-peacock-and-apple-tv/</w:t>
        </w:r>
      </w:hyperlink>
      <w:r>
        <w:t xml:space="preserve"> - This article discusses new LGBTQ+ content on various streaming platforms, including Netflix, but does not specifically mention the titles or themes mentioned in the provided text.</w:t>
      </w:r>
    </w:p>
    <w:p>
      <w:pPr>
        <w:pStyle w:val="ListBullet"/>
      </w:pPr>
      <w:hyperlink r:id="rId12">
        <w:r>
          <w:rPr>
            <w:u w:val="single"/>
            <w:color w:val="0000FF"/>
            <w:rStyle w:val="Hyperlink"/>
          </w:rPr>
          <w:t>https://www.pride.com/gay-entertainment/lgbtq-netflix-2025</w:t>
        </w:r>
      </w:hyperlink>
      <w:r>
        <w:t xml:space="preserve"> - This article highlights upcoming LGBTQ+ content on Netflix for 2025, though it does not cover all the specific titles mentioned in the text.</w:t>
      </w:r>
    </w:p>
    <w:p>
      <w:pPr>
        <w:pStyle w:val="ListBullet"/>
      </w:pPr>
      <w:hyperlink r:id="rId13">
        <w:r>
          <w:rPr>
            <w:u w:val="single"/>
            <w:color w:val="0000FF"/>
            <w:rStyle w:val="Hyperlink"/>
          </w:rPr>
          <w:t>https://www.rottentomatoes.com/browse/tv_series_browse/affiliates:netflix~genres:lgbtq~sort:newest</w:t>
        </w:r>
      </w:hyperlink>
      <w:r>
        <w:t xml:space="preserve"> - This page lists new LGBTQ+ TV shows on Netflix, but it does not provide specific information about the titles mentioned in the text.</w:t>
      </w:r>
    </w:p>
    <w:p>
      <w:pPr>
        <w:pStyle w:val="ListBullet"/>
      </w:pPr>
      <w:hyperlink r:id="rId14">
        <w:r>
          <w:rPr>
            <w:u w:val="single"/>
            <w:color w:val="0000FF"/>
            <w:rStyle w:val="Hyperlink"/>
          </w:rPr>
          <w:t>https://en.wikipedia.org/wiki/Stranger_Things</w:t>
        </w:r>
      </w:hyperlink>
      <w:r>
        <w:t xml:space="preserve"> - This Wikipedia page provides information about the series 'Stranger Things,' including its cast and plot, but does not specifically address the LGBTQIA themes or the upcoming season.</w:t>
      </w:r>
    </w:p>
    <w:p>
      <w:pPr>
        <w:pStyle w:val="ListBullet"/>
      </w:pPr>
      <w:hyperlink r:id="rId15">
        <w:r>
          <w:rPr>
            <w:u w:val="single"/>
            <w:color w:val="0000FF"/>
            <w:rStyle w:val="Hyperlink"/>
          </w:rPr>
          <w:t>https://en.wikipedia.org/wiki/Ginny_%26_Georgia</w:t>
        </w:r>
      </w:hyperlink>
      <w:r>
        <w:t xml:space="preserve"> - This Wikipedia page discusses the series 'Ginny &amp; Georgia,' including its plot and characters, but does not confirm the specific LGBTQIA developments mentioned.</w:t>
      </w:r>
    </w:p>
    <w:p>
      <w:pPr>
        <w:pStyle w:val="ListBullet"/>
      </w:pPr>
      <w:hyperlink r:id="rId16">
        <w:r>
          <w:rPr>
            <w:u w:val="single"/>
            <w:color w:val="0000FF"/>
            <w:rStyle w:val="Hyperlink"/>
          </w:rPr>
          <w:t>https://en.wikipedia.org/wiki/Wednesday_(TV_series)</w:t>
        </w:r>
      </w:hyperlink>
      <w:r>
        <w:t xml:space="preserve"> - This Wikipedia page provides information about the series 'Wednesday,' including its characters and plot, but does not specifically address the LGBTQIA themes or relationships.</w:t>
      </w:r>
    </w:p>
    <w:p>
      <w:pPr>
        <w:pStyle w:val="ListBullet"/>
      </w:pPr>
      <w:hyperlink r:id="rId17">
        <w:r>
          <w:rPr>
            <w:u w:val="single"/>
            <w:color w:val="0000FF"/>
            <w:rStyle w:val="Hyperlink"/>
          </w:rPr>
          <w:t>https://en.wikipedia.org/wiki/Fear_Street</w:t>
        </w:r>
      </w:hyperlink>
      <w:r>
        <w:t xml:space="preserve"> - This Wikipedia page discusses the 'Fear Street' franchise, including its films and themes, but does not provide specific details about 'Fear Street: Prom Queen' or its LGBTQIA content.</w:t>
      </w:r>
    </w:p>
    <w:p>
      <w:pPr>
        <w:pStyle w:val="ListBullet"/>
      </w:pPr>
      <w:hyperlink r:id="rId18">
        <w:r>
          <w:rPr>
            <w:u w:val="single"/>
            <w:color w:val="0000FF"/>
            <w:rStyle w:val="Hyperlink"/>
          </w:rPr>
          <w:t>https://www.imdb.com/title/tt13443470/</w:t>
        </w:r>
      </w:hyperlink>
      <w:r>
        <w:t xml:space="preserve"> - This IMDB page provides information about the film 'Havoc,' including its cast and plot, but does not specifically address LGBTQIA themes or performers.</w:t>
      </w:r>
    </w:p>
    <w:p>
      <w:pPr>
        <w:pStyle w:val="ListBullet"/>
      </w:pPr>
      <w:hyperlink r:id="rId19">
        <w:r>
          <w:rPr>
            <w:u w:val="single"/>
            <w:color w:val="0000FF"/>
            <w:rStyle w:val="Hyperlink"/>
          </w:rPr>
          <w:t>https://www.imdb.com/title/tt10811116/</w:t>
        </w:r>
      </w:hyperlink>
      <w:r>
        <w:t xml:space="preserve"> - This IMDB page discusses the series 'Black Mirror,' including its upcoming season and cast, but does not confirm specific LGBTQIA content or performers.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autostraddle.com/january-2025-whats-new-gay-and-streaming-on-netflix-max-prime-video-peacock-and-apple-tv/" TargetMode="External"/><Relationship Id="rId12" Type="http://schemas.openxmlformats.org/officeDocument/2006/relationships/hyperlink" Target="https://www.pride.com/gay-entertainment/lgbtq-netflix-2025" TargetMode="External"/><Relationship Id="rId13" Type="http://schemas.openxmlformats.org/officeDocument/2006/relationships/hyperlink" Target="https://www.rottentomatoes.com/browse/tv_series_browse/affiliates:netflix~genres:lgbtq~sort:newest" TargetMode="External"/><Relationship Id="rId14" Type="http://schemas.openxmlformats.org/officeDocument/2006/relationships/hyperlink" Target="https://en.wikipedia.org/wiki/Stranger_Things" TargetMode="External"/><Relationship Id="rId15" Type="http://schemas.openxmlformats.org/officeDocument/2006/relationships/hyperlink" Target="https://en.wikipedia.org/wiki/Ginny_%26_Georgia" TargetMode="External"/><Relationship Id="rId16" Type="http://schemas.openxmlformats.org/officeDocument/2006/relationships/hyperlink" Target="https://en.wikipedia.org/wiki/Wednesday_(TV_series)" TargetMode="External"/><Relationship Id="rId17" Type="http://schemas.openxmlformats.org/officeDocument/2006/relationships/hyperlink" Target="https://en.wikipedia.org/wiki/Fear_Street" TargetMode="External"/><Relationship Id="rId18" Type="http://schemas.openxmlformats.org/officeDocument/2006/relationships/hyperlink" Target="https://www.imdb.com/title/tt13443470/" TargetMode="External"/><Relationship Id="rId19" Type="http://schemas.openxmlformats.org/officeDocument/2006/relationships/hyperlink" Target="https://www.imdb.com/title/tt108111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