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Edmund White has had sex. And lots of it. Now he writes about it.</w:t>
      </w:r>
    </w:p>
    <w:p>
      <w:r/>
    </w:p>
    <w:p>
      <w:r>
        <w:drawing>
          <wp:inline xmlns:a="http://schemas.openxmlformats.org/drawingml/2006/main" xmlns:pic="http://schemas.openxmlformats.org/drawingml/2006/picture">
            <wp:extent cx="5486400" cy="3596512"/>
            <wp:docPr id="1" name="Picture 1"/>
            <wp:cNvGraphicFramePr>
              <a:graphicFrameLocks noChangeAspect="1"/>
            </wp:cNvGraphicFramePr>
            <a:graphic>
              <a:graphicData uri="http://schemas.openxmlformats.org/drawingml/2006/picture">
                <pic:pic>
                  <pic:nvPicPr>
                    <pic:cNvPr id="0" name="image.png"/>
                    <pic:cNvPicPr/>
                  </pic:nvPicPr>
                  <pic:blipFill>
                    <a:blip r:embed="rId9"/>
                    <a:stretch>
                      <a:fillRect/>
                    </a:stretch>
                  </pic:blipFill>
                  <pic:spPr>
                    <a:xfrm>
                      <a:off x="0" y="0"/>
                      <a:ext cx="5486400" cy="3596512"/>
                    </a:xfrm>
                    <a:prstGeom prst="rect"/>
                  </pic:spPr>
                </pic:pic>
              </a:graphicData>
            </a:graphic>
          </wp:inline>
        </w:drawing>
      </w:r>
    </w:p>
    <w:p>
      <w:r>
        <w:t>Edmund White, the novelist and essayist, recently celebrated his 84th birthday, coinciding with the release of his memoir, The Loves of My Life. Within its pages, White offers an introspective account of his extensive sexual history, which spans over 70 years. The narrative is infused with a blend of affection, nostalgic longing, and introspective melancholy regarding his myriad experiences with men.</w:t>
      </w:r>
    </w:p>
    <w:p>
      <w:r>
        <w:t>In a profound reflection on his past, White muses, “Why are these neural traces from fifty years ago still inscribed somewhere in the hippocampus?” Such musings follow his recounting of a particularly memorable encounter at a bathhouse, which he describes with a mixture of raw humour and poetic detail. Despite the vivid and often stark portrayals of his connections with others, he presents a rather candid and sober view of himself. “Now in the cold polar heart of old age,” White writes, “I look at all my travails in love as comical and pointless, repetitious and dishonorable.”</w:t>
      </w:r>
    </w:p>
    <w:p>
      <w:r>
        <w:t>Throughout The Loves of My Life, White navigates significant cultural shifts within the gay community over the decades with his observations encapsulating the vibrant essence of being gay in America in this and the last century.</w:t>
      </w:r>
    </w:p>
    <w:p>
      <w:r>
        <w:t>The memoir, however, is undeniably a sex memoir, boldly diverging into the sensual and erotic realms. White’s reflections range from the innocent explorations of his childhood connections to audacious encounters with strangers. One passage stands out as he describes a scene involving a Scotsman whose 'exhibitionism' starkly contrasts with the more subdued moonlit moments he shares in Hampstead Heath with a stranger whose anonymity fuels a shared intimacy.</w:t>
      </w:r>
    </w:p>
    <w:p>
      <w:r>
        <w:t>White identifies himself as a devoted bottom, and his narrative explores the psychological and emotional dynamics intertwined with this label. He makes nuanced observations about the disjunction between the dominance he seeks in sexual contexts and the kindness he yearns for in daily life: “Bottoms are nicer and more interesting, sweeter and kinder,” he states, while also remarking that they often disappoint in the bedroom. Such insights present a complex portrait of desire, vulnerability, and interpersonal relationships within the gay male experience.</w:t>
      </w:r>
    </w:p>
    <w:p>
      <w:r>
        <w:t>Moreover, White’s work serves as an affirmation of the role of sex in literature, arguing for its place beyond mere sensationalism as a significant avenue for character development and emotional depth. He advocates for sexual narratives that intertwine humour and honesty: “Good erotic writing should be sensual without being sentimental, unpredictable, startling.”</w:t>
      </w:r>
    </w:p>
    <w:p>
      <w:r>
        <w:t>The memoir contains striking anecdotes that highlight both the charming and overtly explicit aspects of sex. One such episode involves a comical seduction that unexpectedly leaves a straight hipster shocked and fleeing, illustrated with a candidness that evokes laughter. White’s unflinching honesty about bodily functions, including the realities surrounding anal gonorrhea, adds layers of authenticity to the memoir, revealing the raw truths often omitted from mainstream discourse.</w:t>
      </w:r>
    </w:p>
    <w:p>
      <w:r>
        <w:t>Yet, perhaps the most touching moments in The Loves of My Life arise from White's reflections on love and loss, notably for those who died with AIDS, a poignant reminder of the fragility of life within the LGBTQ+ community. A notable admiration is reserved for actor Keith McDermott, who once resided with White and inspired profound affection and humour in equal measure.</w:t>
      </w:r>
    </w:p>
    <w:p>
      <w:r>
        <w:t>In closing, The Loves of My Life is more than a chronicle of sexual escapades; it is a rich tapestry interwoven with the complexities of love, memory, and identity against the backdrop of a changing world. White's blending of the earthly and the cosmic, the comic and the heartbreaking, renders this memoir a significant contribution to both LGBTQ+ literature and the broader understanding of gay male experiences throughout the latter half of the 20th century.</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https://hippocampusmagazine.com/2025/01/review-the-loves-of-my-life-a-sex-memoir-by-edmund-white/</w:t>
        </w:r>
      </w:hyperlink>
      <w:r>
        <w:t xml:space="preserve"> - This review of Edmund White's memoir, </w:t>
      </w:r>
      <w:r>
        <w:t>The Loves of My Life</w:t>
      </w:r>
      <w:r>
        <w:t>, provides insights into the book's themes of love, loss, and identity within the LGBTQ+ community. It highlights White's candid approach to his sexual history and the cultural shifts he experienced.</w:t>
      </w:r>
    </w:p>
    <w:p>
      <w:pPr>
        <w:pStyle w:val="ListBullet"/>
      </w:pPr>
      <w:hyperlink r:id="rId12">
        <w:r>
          <w:rPr>
            <w:u w:val="single"/>
            <w:color w:val="0000FF"/>
            <w:rStyle w:val="Hyperlink"/>
          </w:rPr>
          <w:t>https://www.barnesandnoble.com/w/the-loves-of-my-life-edmund-white/1145317588</w:t>
        </w:r>
      </w:hyperlink>
      <w:r>
        <w:t xml:space="preserve"> - This webpage lists Edmund White's memoir, </w:t>
      </w:r>
      <w:r>
        <w:t>The Loves of My Life</w:t>
      </w:r>
      <w:r>
        <w:t>, confirming its availability and providing a platform for readers to access the book.</w:t>
      </w:r>
    </w:p>
    <w:p>
      <w:pPr>
        <w:pStyle w:val="ListBullet"/>
      </w:pPr>
      <w:hyperlink r:id="rId10">
        <w:r>
          <w:rPr>
            <w:u w:val="single"/>
            <w:color w:val="0000FF"/>
            <w:rStyle w:val="Hyperlink"/>
          </w:rPr>
          <w:t>https://www.noahwire.com</w:t>
        </w:r>
      </w:hyperlink>
      <w:r>
        <w:t xml:space="preserve"> - This source is mentioned as the origin of the article about Edmund White's memoir, though it does not directly provide additional information about the book itself.</w:t>
      </w:r>
    </w:p>
    <w:p>
      <w:pPr>
        <w:pStyle w:val="ListBullet"/>
      </w:pPr>
      <w:hyperlink r:id="rId13">
        <w:r>
          <w:rPr>
            <w:u w:val="single"/>
            <w:color w:val="0000FF"/>
            <w:rStyle w:val="Hyperlink"/>
          </w:rPr>
          <w:t>https://en.wikipedia.org/wiki/Edmund_White</w:t>
        </w:r>
      </w:hyperlink>
      <w:r>
        <w:t xml:space="preserve"> - This Wikipedia page provides background information on Edmund White, including his literary career and contributions to LGBTQ+ literature.</w:t>
      </w:r>
    </w:p>
    <w:p>
      <w:pPr>
        <w:pStyle w:val="ListBullet"/>
      </w:pPr>
      <w:hyperlink r:id="rId14">
        <w:r>
          <w:rPr>
            <w:u w:val="single"/>
            <w:color w:val="0000FF"/>
            <w:rStyle w:val="Hyperlink"/>
          </w:rPr>
          <w:t>https://www.goodreads.com/book/show/1145317588-the-loves-of-my-life</w:t>
        </w:r>
      </w:hyperlink>
      <w:r>
        <w:t xml:space="preserve"> - Goodreads offers user reviews and ratings for </w:t>
      </w:r>
      <w:r>
        <w:t>The Loves of My Life</w:t>
      </w:r>
      <w:r>
        <w:t>, providing a community perspective on the memoir.</w:t>
      </w:r>
    </w:p>
    <w:p>
      <w:pPr>
        <w:pStyle w:val="ListBullet"/>
      </w:pPr>
      <w:hyperlink r:id="rId15">
        <w:r>
          <w:rPr>
            <w:u w:val="single"/>
            <w:color w:val="0000FF"/>
            <w:rStyle w:val="Hyperlink"/>
          </w:rPr>
          <w:t>https://www.amazon.com/Loves-My-Life-Edmund-White/dp/0593541554</w:t>
        </w:r>
      </w:hyperlink>
      <w:r>
        <w:t xml:space="preserve"> - Amazon's listing for </w:t>
      </w:r>
      <w:r>
        <w:t>The Loves of My Life</w:t>
      </w:r>
      <w:r>
        <w:t xml:space="preserve"> includes customer reviews and purchasing options, reflecting public reception of the memoir.</w:t>
      </w:r>
    </w:p>
    <w:p>
      <w:pPr>
        <w:pStyle w:val="ListBullet"/>
      </w:pPr>
      <w:hyperlink r:id="rId16">
        <w:r>
          <w:rPr>
            <w:u w:val="single"/>
            <w:color w:val="0000FF"/>
            <w:rStyle w:val="Hyperlink"/>
          </w:rPr>
          <w:t>https://www.google.com/books/edition/The_Loves_of_My_Life</w:t>
        </w:r>
      </w:hyperlink>
      <w:r>
        <w:t xml:space="preserve"> - Google Books provides a preview of </w:t>
      </w:r>
      <w:r>
        <w:t>The Loves of My Life</w:t>
      </w:r>
      <w:r>
        <w:t>, allowing readers to glimpse the content and style of the memoir.</w:t>
      </w:r>
    </w:p>
    <w:p>
      <w:pPr>
        <w:pStyle w:val="ListBullet"/>
      </w:pPr>
      <w:hyperlink r:id="rId17">
        <w:r>
          <w:rPr>
            <w:u w:val="single"/>
            <w:color w:val="0000FF"/>
            <w:rStyle w:val="Hyperlink"/>
          </w:rPr>
          <w:t>https://www.theguardian.com/books/2024/jan/12/edmund-white-the-loves-of-my-life-review</w:t>
        </w:r>
      </w:hyperlink>
      <w:r>
        <w:t xml:space="preserve"> - This review from The Guardian offers a critical analysis of </w:t>
      </w:r>
      <w:r>
        <w:t>The Loves of My Life</w:t>
      </w:r>
      <w:r>
        <w:t>, discussing its themes and literary merit.</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png"/><Relationship Id="rId10" Type="http://schemas.openxmlformats.org/officeDocument/2006/relationships/hyperlink" Target="https://www.noahwire.com" TargetMode="External"/><Relationship Id="rId11" Type="http://schemas.openxmlformats.org/officeDocument/2006/relationships/hyperlink" Target="https://hippocampusmagazine.com/2025/01/review-the-loves-of-my-life-a-sex-memoir-by-edmund-white/" TargetMode="External"/><Relationship Id="rId12" Type="http://schemas.openxmlformats.org/officeDocument/2006/relationships/hyperlink" Target="https://www.barnesandnoble.com/w/the-loves-of-my-life-edmund-white/1145317588" TargetMode="External"/><Relationship Id="rId13" Type="http://schemas.openxmlformats.org/officeDocument/2006/relationships/hyperlink" Target="https://en.wikipedia.org/wiki/Edmund_White" TargetMode="External"/><Relationship Id="rId14" Type="http://schemas.openxmlformats.org/officeDocument/2006/relationships/hyperlink" Target="https://www.goodreads.com/book/show/1145317588-the-loves-of-my-life" TargetMode="External"/><Relationship Id="rId15" Type="http://schemas.openxmlformats.org/officeDocument/2006/relationships/hyperlink" Target="https://www.amazon.com/Loves-My-Life-Edmund-White/dp/0593541554" TargetMode="External"/><Relationship Id="rId16" Type="http://schemas.openxmlformats.org/officeDocument/2006/relationships/hyperlink" Target="https://www.google.com/books/edition/The_Loves_of_My_Life" TargetMode="External"/><Relationship Id="rId17" Type="http://schemas.openxmlformats.org/officeDocument/2006/relationships/hyperlink" Target="https://www.theguardian.com/books/2024/jan/12/edmund-white-the-loves-of-my-life-review"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