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Trump bans trans-people in the military</w:t>
      </w:r>
    </w:p>
    <w:p>
      <w:r/>
    </w:p>
    <w:p>
      <w:r>
        <w:drawing>
          <wp:inline xmlns:a="http://schemas.openxmlformats.org/drawingml/2006/main" xmlns:pic="http://schemas.openxmlformats.org/drawingml/2006/picture">
            <wp:extent cx="5486400" cy="31097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9700"/>
                    </a:xfrm>
                    <a:prstGeom prst="rect"/>
                  </pic:spPr>
                </pic:pic>
              </a:graphicData>
            </a:graphic>
          </wp:inline>
        </w:drawing>
      </w:r>
    </w:p>
    <w:p>
      <w:r>
        <w:t xml:space="preserve">President Trump has announced plans to prohibit transgender servicepeople from serving in the US armed forces. This decision is continuation of controversial approaches to gender and service within the military by the new President. The announcement is expected to be formalised through an executive order. </w:t>
      </w:r>
    </w:p>
    <w:p>
      <w:r>
        <w:t>According to President Trump, the rationale for this ban is apparently to safeguard the rights of young working-class men and women serving in the military. Speaking exclusively to The Betoota Advocate, he remarked, “These young men have the right to lay down their lives or give themselves debilitating and long-term mental and physical conditions without having to worry about a trans person doing the same thing alongside them.” This statement suggests a focus on maintaining a particular narrative around military representation and service.</w:t>
      </w:r>
    </w:p>
    <w:p>
      <w:r>
        <w:t>The proposed policy is projected to impact an estimated 0.2 to 3 percent of military personnel who identify as transgender, potentially altering the landscape of the serving population significantly. Critics of the policy question the implications for military coherence and inclusivity, noting that such demographic shifts could contribute to further stigmatization and marginalization of the LGBTQ+ community in the military.</w:t>
      </w:r>
    </w:p>
    <w:p>
      <w:r>
        <w:t>President Trump asserted that his administration is actively addressing issues that impact everyday Americans, stating, “One by one, we're knocking over the issues that affect everyday Americans.” This comment was situated within a broader conversation regarding the military's role and the socio-economic frameworks that support it, including interests linked to the military-industrial complex and fossil fuel industries.</w:t>
      </w:r>
    </w:p>
    <w:p>
      <w:r>
        <w:t>Further updates on this evolving issue are anticipated.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https://www.whitehouse.gov/briefings-statements/statement-from-the-press-secretary-on-transgender-military-personnel/</w:t>
        </w:r>
      </w:hyperlink>
      <w:r>
        <w:t xml:space="preserve"> - This link provides information on the White House's stance on transgender military personnel, which is relevant to the article's discussion on military policy regarding transgender individuals.</w:t>
      </w:r>
    </w:p>
    <w:p>
      <w:pPr>
        <w:pStyle w:val="ListBullet"/>
      </w:pPr>
      <w:hyperlink r:id="rId12">
        <w:r>
          <w:rPr>
            <w:u w:val="single"/>
            <w:color w:val="0000FF"/>
            <w:rStyle w:val="Hyperlink"/>
          </w:rPr>
          <w:t>https://www.hrc.org/resources/transgender-military-service</w:t>
        </w:r>
      </w:hyperlink>
      <w:r>
        <w:t xml:space="preserve"> - This Human Rights Campaign resource discusses the implications of transgender military service bans, aligning with the article's focus on the impact of such policies.</w:t>
      </w:r>
    </w:p>
    <w:p>
      <w:pPr>
        <w:pStyle w:val="ListBullet"/>
      </w:pPr>
      <w:hyperlink r:id="rId13">
        <w:r>
          <w:rPr>
            <w:u w:val="single"/>
            <w:color w:val="0000FF"/>
            <w:rStyle w:val="Hyperlink"/>
          </w:rPr>
          <w:t>https://www.militarytimes.com/news/your-military/2019/03/13/trump-administration-appeals-ruling-blocking-transgender-military-ban/</w:t>
        </w:r>
      </w:hyperlink>
      <w:r>
        <w:t xml:space="preserve"> - This article from Military Times covers legal challenges to the transgender military ban, reflecting the ongoing debates and legal actions surrounding this policy.</w:t>
      </w:r>
    </w:p>
    <w:p>
      <w:pPr>
        <w:pStyle w:val="ListBullet"/>
      </w:pPr>
      <w:hyperlink r:id="rId14">
        <w:r>
          <w:rPr>
            <w:u w:val="single"/>
            <w:color w:val="0000FF"/>
            <w:rStyle w:val="Hyperlink"/>
          </w:rPr>
          <w:t>https://www.pewresearch.org/fact-tank/2019/03/14/transgender-troops/</w:t>
        </w:r>
      </w:hyperlink>
      <w:r>
        <w:t xml:space="preserve"> - Pew Research provides data and analysis on public opinions regarding transgender military service, which is relevant to the broader societal debates mentioned in the article.</w:t>
      </w:r>
    </w:p>
    <w:p>
      <w:pPr>
        <w:pStyle w:val="ListBullet"/>
      </w:pPr>
      <w:hyperlink r:id="rId15">
        <w:r>
          <w:rPr>
            <w:u w:val="single"/>
            <w:color w:val="0000FF"/>
            <w:rStyle w:val="Hyperlink"/>
          </w:rPr>
          <w:t>https://www.defense.gov/News/News-Releases/News-Release-View/Article/1824401/dod-issues-guidance-on-transgender-personnel-policy/</w:t>
        </w:r>
      </w:hyperlink>
      <w:r>
        <w:t xml:space="preserve"> - The Department of Defense's guidance on transgender personnel policy offers insight into the military's approach to this issue, supporting the article's discussion on military policy.</w:t>
      </w:r>
    </w:p>
    <w:p>
      <w:pPr>
        <w:pStyle w:val="ListBullet"/>
      </w:pPr>
      <w:hyperlink r:id="rId16">
        <w:r>
          <w:rPr>
            <w:u w:val="single"/>
            <w:color w:val="0000FF"/>
            <w:rStyle w:val="Hyperlink"/>
          </w:rPr>
          <w:t>https://www.npr.org/sections/thetwo-way/2017/07/26/539196551/trump-says-transgender-people-will-be-banned-from-military</w:t>
        </w:r>
      </w:hyperlink>
      <w:r>
        <w:t xml:space="preserve"> - NPR's coverage of President Trump's announcement to ban transgender individuals from the military provides historical context for the policy discussed in the article.</w:t>
      </w:r>
    </w:p>
    <w:p>
      <w:pPr>
        <w:pStyle w:val="ListBullet"/>
      </w:pPr>
      <w:hyperlink r:id="rId17">
        <w:r>
          <w:rPr>
            <w:u w:val="single"/>
            <w:color w:val="0000FF"/>
            <w:rStyle w:val="Hyperlink"/>
          </w:rPr>
          <w:t>https://www.cnn.com/2019/03/13/politics/trump-administration-transgender-military-ban/index.html</w:t>
        </w:r>
      </w:hyperlink>
      <w:r>
        <w:t xml:space="preserve"> - CNN's reporting on the Trump administration's efforts to implement the transgender military ban highlights the legal and political challenges faced by this policy.</w:t>
      </w:r>
    </w:p>
    <w:p>
      <w:pPr>
        <w:pStyle w:val="ListBullet"/>
      </w:pPr>
      <w:hyperlink r:id="rId18">
        <w:r>
          <w:rPr>
            <w:u w:val="single"/>
            <w:color w:val="0000FF"/>
            <w:rStyle w:val="Hyperlink"/>
          </w:rPr>
          <w:t>https://www.bbc.com/news/world-us-canada-47294777</w:t>
        </w:r>
      </w:hyperlink>
      <w:r>
        <w:t xml:space="preserve"> - The BBC's coverage of the transgender military ban includes international perspectives and reactions, which are relevant to the article's discussion on societal debates.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whitehouse.gov/briefings-statements/statement-from-the-press-secretary-on-transgender-military-personnel/" TargetMode="External"/><Relationship Id="rId12" Type="http://schemas.openxmlformats.org/officeDocument/2006/relationships/hyperlink" Target="https://www.hrc.org/resources/transgender-military-service" TargetMode="External"/><Relationship Id="rId13" Type="http://schemas.openxmlformats.org/officeDocument/2006/relationships/hyperlink" Target="https://www.militarytimes.com/news/your-military/2019/03/13/trump-administration-appeals-ruling-blocking-transgender-military-ban/" TargetMode="External"/><Relationship Id="rId14" Type="http://schemas.openxmlformats.org/officeDocument/2006/relationships/hyperlink" Target="https://www.pewresearch.org/fact-tank/2019/03/14/transgender-troops/" TargetMode="External"/><Relationship Id="rId15" Type="http://schemas.openxmlformats.org/officeDocument/2006/relationships/hyperlink" Target="https://www.defense.gov/News/News-Releases/News-Release-View/Article/1824401/dod-issues-guidance-on-transgender-personnel-policy/" TargetMode="External"/><Relationship Id="rId16" Type="http://schemas.openxmlformats.org/officeDocument/2006/relationships/hyperlink" Target="https://www.npr.org/sections/thetwo-way/2017/07/26/539196551/trump-says-transgender-people-will-be-banned-from-military" TargetMode="External"/><Relationship Id="rId17" Type="http://schemas.openxmlformats.org/officeDocument/2006/relationships/hyperlink" Target="https://www.cnn.com/2019/03/13/politics/trump-administration-transgender-military-ban/index.html" TargetMode="External"/><Relationship Id="rId18" Type="http://schemas.openxmlformats.org/officeDocument/2006/relationships/hyperlink" Target="https://www.bbc.com/news/world-us-canada-472947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