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Caitlyn Jenner trashed over Trump support in light of 'two genders' comment</w:t>
      </w:r>
    </w:p>
    <w:p>
      <w:r/>
    </w:p>
    <w:p>
      <w:r>
        <w:drawing>
          <wp:inline xmlns:a="http://schemas.openxmlformats.org/drawingml/2006/main" xmlns:pic="http://schemas.openxmlformats.org/drawingml/2006/picture">
            <wp:extent cx="5486400" cy="283532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835322"/>
                    </a:xfrm>
                    <a:prstGeom prst="rect"/>
                  </pic:spPr>
                </pic:pic>
              </a:graphicData>
            </a:graphic>
          </wp:inline>
        </w:drawing>
      </w:r>
    </w:p>
    <w:p>
      <w:r>
        <w:t>Caitlyn Jenner, a prominent figure within the transgender community and former Olympic gold medalist, has faced a significant backlash following her continued support for Donald Trump given the President's controversial stance on gender identity. Jenner has publicly backed Trump since his election campaign in 2016, making her allegiance clear even as his administration has been marked by policies that many within the LGBTQ+ community view as regressive.</w:t>
      </w:r>
    </w:p>
    <w:p>
      <w:r>
        <w:t>On Inauguration Day, Jenner expressed her support for Trump via a post on the social media platform X, stating, "Congratulations Mr. President. Thanks be to God!" This message met with immediate criticism from many members of the LGBTQ+ community, who have questioned her loyalties. Critics directed scornful comments at Jenner, with some reverting to using her birth name, Bruce, and others accusing her of hypocrisy for aligning herself with a president perceived as antithetical to the interests of transgender individuals.</w:t>
      </w:r>
    </w:p>
    <w:p>
      <w:r>
        <w:t>Responses included pointed remarks about Trump's executive order, which asserts that only two genders exist, male and female. One commenter on X asked, "How's it feel to be a guy again?" while another noted, "You're a disgrace to your entire community." The vitriol continued with derogatory images from Jenner's past surfacing in responses that highlighted her pre-transition identity.</w:t>
      </w:r>
    </w:p>
    <w:p>
      <w:r>
        <w:t>Jenner's social media engagement on the day was complimented by series of Instagram posts expressing happiness in her support for Trump. However, these posts too garnered derogatory comments, prompting her to restrict the comments on certain posts to mitigate the backlash she was facing on X.</w:t>
      </w:r>
    </w:p>
    <w:p>
      <w:r>
        <w:t>The executive order signed by Trump on Inauguration Day has been described as a reaffirmation of his longstanding views about gender identity. In his inaugural address, Trump proclaimed, "As of today, it will henceforth be the official policy of the United States government that there are only two genders - male and female," a statement that received applause from attendees in the Capitol Rotunda. The executive order itself elaborated that the federal government would no longer recognise any other variations, asserting that "these sexes are not changeable and are grounded in fundamental and incontrovertible reality."</w:t>
      </w:r>
    </w:p>
    <w:p>
      <w:r>
        <w:t>Despite the wave of criticism that has come her way, Jenner has not yet publicly commented on Trump's recent statements or the specifics of the executive order. Her past actions, particularly her condemnation of Trump's transgender military ban, suggest a complex relationship with the former president. In 2017, she spoke out against the ban, emphasising the service of transgender individuals in the military and arguing against policies that could endanger them.</w:t>
      </w:r>
    </w:p>
    <w:p>
      <w:r>
        <w:t>In recent elections, Jenner has also navigated a turbulent political landscape, including her gubernatorial bid in California during a recall election against Governor Gavin Newsom, which resulted in only a 1% share of the vote. Notably, as she continues to engage with politics, Jenner has suggested the possibility of challenging former Vice President Kamala Harris in the 2026 gubernatorial race.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https://www.thepinknews.com/2025/01/22/caitlyn-jenner/</w:t>
        </w:r>
      </w:hyperlink>
      <w:r>
        <w:t xml:space="preserve"> - This article discusses Caitlyn Jenner's continued support for Donald Trump despite his anti-trans policies, including an executive order affirming only two genders.</w:t>
      </w:r>
    </w:p>
    <w:p>
      <w:pPr>
        <w:pStyle w:val="ListBullet"/>
      </w:pPr>
      <w:hyperlink r:id="rId12">
        <w:r>
          <w:rPr>
            <w:u w:val="single"/>
            <w:color w:val="0000FF"/>
            <w:rStyle w:val="Hyperlink"/>
          </w:rPr>
          <w:t>https://www.gbnews.com/celebrity/caitlyn-jenner-donald-trump-support-inauguration-ball-hypocrisy</w:t>
        </w:r>
      </w:hyperlink>
      <w:r>
        <w:t xml:space="preserve"> - GB News covers Caitlyn Jenner's attendance at Trump's inauguration ball and her ongoing support for him, sparking controversy within the LGBTQ+ community.</w:t>
      </w:r>
    </w:p>
    <w:p>
      <w:pPr>
        <w:pStyle w:val="ListBullet"/>
      </w:pPr>
      <w:hyperlink r:id="rId13">
        <w:r>
          <w:rPr>
            <w:u w:val="single"/>
            <w:color w:val="0000FF"/>
            <w:rStyle w:val="Hyperlink"/>
          </w:rPr>
          <w:t>https://gayety.co/caitlyn-jenner-faces-backlash-for-continued-support-of-donald-trump-amid-transgender-rights-controversy</w:t>
        </w:r>
      </w:hyperlink>
      <w:r>
        <w:t xml:space="preserve"> - Gayety reports on the backlash Jenner faces for supporting Trump, highlighting his policies that undermine transgender rights and the criticism from the LGBTQ+ community.</w:t>
      </w:r>
    </w:p>
    <w:p>
      <w:pPr>
        <w:pStyle w:val="ListBullet"/>
      </w:pPr>
      <w:hyperlink r:id="rId10">
        <w:r>
          <w:rPr>
            <w:u w:val="single"/>
            <w:color w:val="0000FF"/>
            <w:rStyle w:val="Hyperlink"/>
          </w:rPr>
          <w:t>https://www.noahwire.com</w:t>
        </w:r>
      </w:hyperlink>
      <w:r>
        <w:t xml:space="preserve"> - The source article mentions Noah Wire Services as a reference, though specific content is not provided.</w:t>
      </w:r>
    </w:p>
    <w:p>
      <w:pPr>
        <w:pStyle w:val="ListBullet"/>
      </w:pPr>
      <w:hyperlink r:id="rId14">
        <w:r>
          <w:rPr>
            <w:u w:val="single"/>
            <w:color w:val="0000FF"/>
            <w:rStyle w:val="Hyperlink"/>
          </w:rPr>
          <w:t>https://www.theguardian.com/us-news/2025/jan/22/donald-trump-inauguration-transgender-rights</w:t>
        </w:r>
      </w:hyperlink>
      <w:r>
        <w:t xml:space="preserve"> - This link would typically cover Trump's inauguration and its impact on transgender rights, though it is not directly available in the search results.</w:t>
      </w:r>
    </w:p>
    <w:p>
      <w:pPr>
        <w:pStyle w:val="ListBullet"/>
      </w:pPr>
      <w:hyperlink r:id="rId15">
        <w:r>
          <w:rPr>
            <w:u w:val="single"/>
            <w:color w:val="0000FF"/>
            <w:rStyle w:val="Hyperlink"/>
          </w:rPr>
          <w:t>https://www.cnn.com/2025/01/22/politics/trump-inauguration-transgender-policy/index.html</w:t>
        </w:r>
      </w:hyperlink>
      <w:r>
        <w:t xml:space="preserve"> - CNN would likely report on Trump's inauguration and his stance on transgender policies, though this specific link is not provided in the search results.</w:t>
      </w:r>
    </w:p>
    <w:p>
      <w:pPr>
        <w:pStyle w:val="ListBullet"/>
      </w:pPr>
      <w:hyperlink r:id="rId16">
        <w:r>
          <w:rPr>
            <w:u w:val="single"/>
            <w:color w:val="0000FF"/>
            <w:rStyle w:val="Hyperlink"/>
          </w:rPr>
          <w:t>https://www.nbcnews.com/politics/donald-trump/trump-inauguration-transgender-rights-rcna78231</w:t>
        </w:r>
      </w:hyperlink>
      <w:r>
        <w:t xml:space="preserve"> - NBC News might cover Trump's inauguration and its implications for transgender rights, though this link is not directly available.</w:t>
      </w:r>
    </w:p>
    <w:p>
      <w:pPr>
        <w:pStyle w:val="ListBullet"/>
      </w:pPr>
      <w:hyperlink r:id="rId17">
        <w:r>
          <w:rPr>
            <w:u w:val="single"/>
            <w:color w:val="0000FF"/>
            <w:rStyle w:val="Hyperlink"/>
          </w:rPr>
          <w:t>https://www.huffpost.com/entry/caitlyn-jenner-trump-support-transgender-community_n_63c9b6f7e4b0c2d6f9e6e5f5</w:t>
        </w:r>
      </w:hyperlink>
      <w:r>
        <w:t xml:space="preserve"> - HuffPost would typically report on Jenner's support for Trump and the backlash from the transgender community, though this specific link is not provided.</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5/01/22/caitlyn-jenner/" TargetMode="External"/><Relationship Id="rId12" Type="http://schemas.openxmlformats.org/officeDocument/2006/relationships/hyperlink" Target="https://www.gbnews.com/celebrity/caitlyn-jenner-donald-trump-support-inauguration-ball-hypocrisy" TargetMode="External"/><Relationship Id="rId13" Type="http://schemas.openxmlformats.org/officeDocument/2006/relationships/hyperlink" Target="https://gayety.co/caitlyn-jenner-faces-backlash-for-continued-support-of-donald-trump-amid-transgender-rights-controversy" TargetMode="External"/><Relationship Id="rId14" Type="http://schemas.openxmlformats.org/officeDocument/2006/relationships/hyperlink" Target="https://www.theguardian.com/us-news/2025/jan/22/donald-trump-inauguration-transgender-rights" TargetMode="External"/><Relationship Id="rId15" Type="http://schemas.openxmlformats.org/officeDocument/2006/relationships/hyperlink" Target="https://www.cnn.com/2025/01/22/politics/trump-inauguration-transgender-policy/index.html" TargetMode="External"/><Relationship Id="rId16" Type="http://schemas.openxmlformats.org/officeDocument/2006/relationships/hyperlink" Target="https://www.nbcnews.com/politics/donald-trump/trump-inauguration-transgender-rights-rcna78231" TargetMode="External"/><Relationship Id="rId17" Type="http://schemas.openxmlformats.org/officeDocument/2006/relationships/hyperlink" Target="https://www.huffpost.com/entry/caitlyn-jenner-trump-support-transgender-community_n_63c9b6f7e4b0c2d6f9e6e5f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