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West Hollywood supports first responders in wildfire crisis</w:t>
      </w:r>
    </w:p>
    <w:p>
      <w:r/>
    </w:p>
    <w:p>
      <w:r>
        <w:drawing>
          <wp:inline xmlns:a="http://schemas.openxmlformats.org/drawingml/2006/main" xmlns:pic="http://schemas.openxmlformats.org/drawingml/2006/picture">
            <wp:extent cx="5486400" cy="295008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50089"/>
                    </a:xfrm>
                    <a:prstGeom prst="rect"/>
                  </pic:spPr>
                </pic:pic>
              </a:graphicData>
            </a:graphic>
          </wp:inline>
        </w:drawing>
      </w:r>
    </w:p>
    <w:p>
      <w:r>
        <w:t>Gay West Hollywood has showcased its unwavering spirit of community and resilience in the face of adversity during a severe wildfire crisis. Local businesses have united in a collective effort to support first responders and individuals affected by the destructive fires.</w:t>
      </w:r>
    </w:p>
    <w:p>
      <w:r>
        <w:t>On a Thursday marked by urgency and compassion, Dialog Cafe took to social media to announce that it would be offering complimentary coffee and meals to those battling the blazes. “City of LA, we’re here for you. Today we’ll be offering free coffee &amp; warm meals to all first responders fighting the fires. We love you, stay safe,” the café expressed in an Instagram post, further underscoring its commitment to the heroes protecting the city.</w:t>
      </w:r>
    </w:p>
    <w:p>
      <w:r>
        <w:t>Dtown Pizzeria, famed for its Detroit-style pizza, also contributed to the community's relief efforts. On the same day, the pizzeria provided free slices to first responders as well as to residents who have tragically lost their homes in the fire. This gesture serves as a testament to the close-knit fabric of the West Hollywood community, where local establishments prioritise support for those in need.</w:t>
      </w:r>
    </w:p>
    <w:p>
      <w:r>
        <w:t>Micky’s, a venue in the area famous for its male go-go dancers, extended its gratitude to first responders by offering complimentary meals and free VIP memberships. In a statement on Facebook, Micky’s expressed, “Thank you to LA’s heroic first responders. Micky’s West Hollywood would like to offer a complimentary meal for the amazing work you do keeping our city safe. To our community, our doors are open to you. We would like to offer VIP memberships free of charge to help during these trying times.”</w:t>
      </w:r>
    </w:p>
    <w:p>
      <w:r>
        <w:t>The Abbey [pictured] is another gay establishment making a significant impact, providing meals to both first responders and displaced residents. In a heartfelt Instagram post, the venue stated, “The Abbey is open today, and our hearts are with everyone affected by the fires. To support our community, we’re offering free meals to anyone displaced by the fires and to the incredible first responders keeping us safe. Please stay safe, take care of each other, and know you’re always welcome here.”</w:t>
      </w:r>
    </w:p>
    <w:p>
      <w:r>
        <w:t>These acts of kindness and solidarity illustrate the enduring connections that characterise life in West Hollywood, demonstrating how its local businesses and residents come together to navigate challenging situations. The response to the wildfire crisis not only highlights the community's resilience but also reinforces the values of support and compassion among its members.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https://www.latimes.com/food/story/2025-01-09/los-angeles-restaurants-fire-relief-free-meals</w:t>
        </w:r>
      </w:hyperlink>
      <w:r>
        <w:t xml:space="preserve"> - Corroborates the community effort and various restaurants offering free meals to first responders and those affected by the fires in the Los Angeles area.</w:t>
      </w:r>
    </w:p>
    <w:p>
      <w:pPr>
        <w:pStyle w:val="ListBullet"/>
      </w:pPr>
      <w:hyperlink r:id="rId12">
        <w:r>
          <w:rPr>
            <w:u w:val="single"/>
            <w:color w:val="0000FF"/>
            <w:rStyle w:val="Hyperlink"/>
          </w:rPr>
          <w:t>https://www.nbclosangeles.com/the-scene/free-meals-pizza-local-businesses-give-back/3599364/</w:t>
        </w:r>
      </w:hyperlink>
      <w:r>
        <w:t xml:space="preserve"> - Supports the idea of local businesses, such as Blaze Pizza and NORMS, providing free meals to first responders and those affected by the fires.</w:t>
      </w:r>
    </w:p>
    <w:p>
      <w:pPr>
        <w:pStyle w:val="ListBullet"/>
      </w:pPr>
      <w:hyperlink r:id="rId13">
        <w:r>
          <w:rPr>
            <w:u w:val="single"/>
            <w:color w:val="0000FF"/>
            <w:rStyle w:val="Hyperlink"/>
          </w:rPr>
          <w:t>https://www.weho.org/community/fire-updates-information-for-west-hollywood-community-members</w:t>
        </w:r>
      </w:hyperlink>
      <w:r>
        <w:t xml:space="preserve"> - Provides context on the fire situation in West Hollywood and the community's response, although it does not specifically mention the businesses mentioned in the article.</w:t>
      </w:r>
    </w:p>
    <w:p>
      <w:pPr>
        <w:pStyle w:val="ListBullet"/>
      </w:pPr>
      <w:hyperlink r:id="rId11">
        <w:r>
          <w:rPr>
            <w:u w:val="single"/>
            <w:color w:val="0000FF"/>
            <w:rStyle w:val="Hyperlink"/>
          </w:rPr>
          <w:t>https://www.latimes.com/food/story/2025-01-09/los-angeles-restaurants-fire-relief-free-meals</w:t>
        </w:r>
      </w:hyperlink>
      <w:r>
        <w:t xml:space="preserve"> - Details the involvement of various restaurants and chefs in providing relief, including World Central Kitchen, which aligns with the community's collective effort.</w:t>
      </w:r>
    </w:p>
    <w:p>
      <w:pPr>
        <w:pStyle w:val="ListBullet"/>
      </w:pPr>
      <w:hyperlink r:id="rId12">
        <w:r>
          <w:rPr>
            <w:u w:val="single"/>
            <w:color w:val="0000FF"/>
            <w:rStyle w:val="Hyperlink"/>
          </w:rPr>
          <w:t>https://www.nbclosangeles.com/the-scene/free-meals-pizza-local-businesses-give-back/3599364/</w:t>
        </w:r>
      </w:hyperlink>
      <w:r>
        <w:t xml:space="preserve"> - Mentions specific businesses like Joe's Pizza and Blaze Pizza offering free meals, highlighting the community's support for first responders.</w:t>
      </w:r>
    </w:p>
    <w:p>
      <w:pPr>
        <w:pStyle w:val="ListBullet"/>
      </w:pPr>
      <w:hyperlink r:id="rId11">
        <w:r>
          <w:rPr>
            <w:u w:val="single"/>
            <w:color w:val="0000FF"/>
            <w:rStyle w:val="Hyperlink"/>
          </w:rPr>
          <w:t>https://www.latimes.com/food/story/2025-01-09/los-angeles-restaurants-fire-relief-free-meals</w:t>
        </w:r>
      </w:hyperlink>
      <w:r>
        <w:t xml:space="preserve"> - Describes how restaurants like Bé Ù and Villa's Tacos are providing free meals and accepting donations to support those affected by the fires.</w:t>
      </w:r>
    </w:p>
    <w:p>
      <w:pPr>
        <w:pStyle w:val="ListBullet"/>
      </w:pPr>
      <w:hyperlink r:id="rId13">
        <w:r>
          <w:rPr>
            <w:u w:val="single"/>
            <w:color w:val="0000FF"/>
            <w:rStyle w:val="Hyperlink"/>
          </w:rPr>
          <w:t>https://www.weho.org/community/fire-updates-information-for-west-hollywood-community-members</w:t>
        </w:r>
      </w:hyperlink>
      <w:r>
        <w:t xml:space="preserve"> - While not directly mentioning specific businesses, it provides an official update on the community's response to the fires, which includes support from local establishments.</w:t>
      </w:r>
    </w:p>
    <w:p>
      <w:pPr>
        <w:pStyle w:val="ListBullet"/>
      </w:pPr>
      <w:hyperlink r:id="rId11">
        <w:r>
          <w:rPr>
            <w:u w:val="single"/>
            <w:color w:val="0000FF"/>
            <w:rStyle w:val="Hyperlink"/>
          </w:rPr>
          <w:t>https://www.latimes.com/food/story/2025-01-09/los-angeles-restaurants-fire-relief-free-meals</w:t>
        </w:r>
      </w:hyperlink>
      <w:r>
        <w:t xml:space="preserve"> - Highlights the role of World Central Kitchen and other restaurants in organizing communal efforts to provide meals and support to those in need.</w:t>
      </w:r>
    </w:p>
    <w:p>
      <w:pPr>
        <w:pStyle w:val="ListBullet"/>
      </w:pPr>
      <w:hyperlink r:id="rId12">
        <w:r>
          <w:rPr>
            <w:u w:val="single"/>
            <w:color w:val="0000FF"/>
            <w:rStyle w:val="Hyperlink"/>
          </w:rPr>
          <w:t>https://www.nbclosangeles.com/the-scene/free-meals-pizza-local-businesses-give-back/3599364/</w:t>
        </w:r>
      </w:hyperlink>
      <w:r>
        <w:t xml:space="preserve"> - Details the specific actions of local businesses like NORMS and Blaze Pizza in supporting first responders and fire evacuees.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latimes.com/food/story/2025-01-09/los-angeles-restaurants-fire-relief-free-meals" TargetMode="External"/><Relationship Id="rId12" Type="http://schemas.openxmlformats.org/officeDocument/2006/relationships/hyperlink" Target="https://www.nbclosangeles.com/the-scene/free-meals-pizza-local-businesses-give-back/3599364/" TargetMode="External"/><Relationship Id="rId13" Type="http://schemas.openxmlformats.org/officeDocument/2006/relationships/hyperlink" Target="https://www.weho.org/community/fire-updates-information-for-west-hollywood-community-me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