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Denzel Washington's Gladiator II man-on-man kiss removed</w:t>
      </w:r>
    </w:p>
    <w:p>
      <w:r/>
    </w:p>
    <w:p>
      <w:r>
        <w:drawing>
          <wp:inline xmlns:a="http://schemas.openxmlformats.org/drawingml/2006/main" xmlns:pic="http://schemas.openxmlformats.org/drawingml/2006/picture">
            <wp:extent cx="5486400" cy="287057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70574"/>
                    </a:xfrm>
                    <a:prstGeom prst="rect"/>
                  </pic:spPr>
                </pic:pic>
              </a:graphicData>
            </a:graphic>
          </wp:inline>
        </w:drawing>
      </w:r>
    </w:p>
    <w:p>
      <w:r>
        <w:t>Denzel Washington has opened up about a 'gay kiss' that was removed from Gladiator II, directed by Ridley Scott. Washington plays the character Macrinus, a former slave who gains his freedom through combat and evolves into a significant figure within the Roman Empire. The character has been described as having a "twinkle" of bisexuality, portraying a complex evolution from a prisoner of war to an influential arms dealer, as characterised by Scott.</w:t>
      </w:r>
    </w:p>
    <w:p>
      <w:r>
        <w:t>But according to Washington, in a scene that was removed from the final cut of Gladiator II, he had a particularly bold moment on-screen that was deemed too provocative for the release. He disclosed, “I actually kissed a man in the film but they took it out, they cut it. I think they got chicken.” This scene, he described, was not merely a kiss but symbolised the "kiss of death," as his character subsequently killed the man, underscoring the intense drama typical of a gladiatorial setting.</w:t>
      </w:r>
    </w:p>
    <w:p>
      <w:r>
        <w:t xml:space="preserve">In an interview with the Sunday Times, Washington revealed that he seldom revisits his past works, not even the acclaimed Malcolm X. “All you see is what you did wrong. Also, why would you do it anyway?”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https://tribune.com.pk/story/2510166/denzel-washington-on-political-manipulation-youre-being-manipulated-by-both-sides-period</w:t>
        </w:r>
      </w:hyperlink>
      <w:r>
        <w:t xml:space="preserve"> - Corroborates Denzel Washington's reflections on his career and his comments on political manipulation.</w:t>
      </w:r>
    </w:p>
    <w:p>
      <w:pPr>
        <w:pStyle w:val="ListBullet"/>
      </w:pPr>
      <w:hyperlink r:id="rId12">
        <w:r>
          <w:rPr>
            <w:u w:val="single"/>
            <w:color w:val="0000FF"/>
            <w:rStyle w:val="Hyperlink"/>
          </w:rPr>
          <w:t>https://www.thenews.com.pk/latest/1251945-denzel-washington-makes-big-admission-about-his-career</w:t>
        </w:r>
      </w:hyperlink>
      <w:r>
        <w:t xml:space="preserve"> - Supports Washington's admission about making some 'real clunkers' in his filmography and his career phases of learning, earning, and giving back.</w:t>
      </w:r>
    </w:p>
    <w:p>
      <w:pPr>
        <w:pStyle w:val="ListBullet"/>
      </w:pPr>
      <w:hyperlink r:id="rId13">
        <w:r>
          <w:rPr>
            <w:u w:val="single"/>
            <w:color w:val="0000FF"/>
            <w:rStyle w:val="Hyperlink"/>
          </w:rPr>
          <w:t>https://easternmirrornagaland.com/denzel-washington-amidst-to-having-some-real-clunkers-in-his-filmography/</w:t>
        </w:r>
      </w:hyperlink>
      <w:r>
        <w:t xml:space="preserve"> - Confirms Washington's comments on his career, including the financial responsibilities that influenced his project choices.</w:t>
      </w:r>
    </w:p>
    <w:p>
      <w:pPr>
        <w:pStyle w:val="ListBullet"/>
      </w:pPr>
      <w:hyperlink r:id="rId14">
        <w:r>
          <w:rPr>
            <w:u w:val="single"/>
            <w:color w:val="0000FF"/>
            <w:rStyle w:val="Hyperlink"/>
          </w:rPr>
          <w:t>https://www.timesnownews.com/entertainment-news/hollywood/gladiator-2-star-denzel-washington-says-americans-are-being-manipulated-by-politicians-article-115407586</w:t>
        </w:r>
      </w:hyperlink>
      <w:r>
        <w:t xml:space="preserve"> - Details Washington's views on American politics and his role in Gladiator 2, as well as his career reflections.</w:t>
      </w:r>
    </w:p>
    <w:p>
      <w:pPr>
        <w:pStyle w:val="ListBullet"/>
      </w:pPr>
      <w:hyperlink r:id="rId11">
        <w:r>
          <w:rPr>
            <w:u w:val="single"/>
            <w:color w:val="0000FF"/>
            <w:rStyle w:val="Hyperlink"/>
          </w:rPr>
          <w:t>https://tribune.com.pk/story/2510166/denzel-washington-on-political-manipulation-youre-being-manipulated-by-both-sides-period</w:t>
        </w:r>
      </w:hyperlink>
      <w:r>
        <w:t xml:space="preserve"> - Provides context on Washington's career highs and lows, including his work after Malcolm X.</w:t>
      </w:r>
    </w:p>
    <w:p>
      <w:pPr>
        <w:pStyle w:val="ListBullet"/>
      </w:pPr>
      <w:hyperlink r:id="rId12">
        <w:r>
          <w:rPr>
            <w:u w:val="single"/>
            <w:color w:val="0000FF"/>
            <w:rStyle w:val="Hyperlink"/>
          </w:rPr>
          <w:t>https://www.thenews.com.pk/latest/1251945-denzel-washington-makes-big-admission-about-his-career</w:t>
        </w:r>
      </w:hyperlink>
      <w:r>
        <w:t xml:space="preserve"> - Supports the quote 'In life, you learn, earn, and then you return' and its relevance to his career phases.</w:t>
      </w:r>
    </w:p>
    <w:p>
      <w:pPr>
        <w:pStyle w:val="ListBullet"/>
      </w:pPr>
      <w:hyperlink r:id="rId14">
        <w:r>
          <w:rPr>
            <w:u w:val="single"/>
            <w:color w:val="0000FF"/>
            <w:rStyle w:val="Hyperlink"/>
          </w:rPr>
          <w:t>https://www.timesnownews.com/entertainment-news/hollywood/gladiator-2-star-denzel-washington-says-americans-are-being-manipulated-by-politicians-article-115407586</w:t>
        </w:r>
      </w:hyperlink>
      <w:r>
        <w:t xml:space="preserve"> - Mentions Washington's role in Gladiator 2 and his character's evolution in the film.</w:t>
      </w:r>
    </w:p>
    <w:p>
      <w:pPr>
        <w:pStyle w:val="ListBullet"/>
      </w:pPr>
      <w:hyperlink r:id="rId11">
        <w:r>
          <w:rPr>
            <w:u w:val="single"/>
            <w:color w:val="0000FF"/>
            <w:rStyle w:val="Hyperlink"/>
          </w:rPr>
          <w:t>https://tribune.com.pk/story/2510166/denzel-washington-on-political-manipulation-youre-being-manipulated-by-both-sides-period</w:t>
        </w:r>
      </w:hyperlink>
      <w:r>
        <w:t xml:space="preserve"> - Corroborates Washington's advice on the importance of stage acting and his comparison of acting to a high-stakes basketball game.</w:t>
      </w:r>
    </w:p>
    <w:p>
      <w:pPr>
        <w:pStyle w:val="ListBullet"/>
      </w:pPr>
      <w:hyperlink r:id="rId14">
        <w:r>
          <w:rPr>
            <w:u w:val="single"/>
            <w:color w:val="0000FF"/>
            <w:rStyle w:val="Hyperlink"/>
          </w:rPr>
          <w:t>https://www.timesnownews.com/entertainment-news/hollywood/gladiator-2-star-denzel-washington-says-americans-are-being-manipulated-by-politicians-article-115407586</w:t>
        </w:r>
      </w:hyperlink>
      <w:r>
        <w:t xml:space="preserve"> - Details Washington's comments on the manipulative nature of politics and the information age.</w:t>
      </w:r>
    </w:p>
    <w:p>
      <w:pPr>
        <w:pStyle w:val="ListBullet"/>
      </w:pPr>
      <w:hyperlink r:id="rId13">
        <w:r>
          <w:rPr>
            <w:u w:val="single"/>
            <w:color w:val="0000FF"/>
            <w:rStyle w:val="Hyperlink"/>
          </w:rPr>
          <w:t>https://easternmirrornagaland.com/denzel-washington-amidst-to-having-some-real-clunkers-in-his-filmography/</w:t>
        </w:r>
      </w:hyperlink>
      <w:r>
        <w:t xml:space="preserve"> - Supports the information about Washington's career and his reflections on his past projects.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tribune.com.pk/story/2510166/denzel-washington-on-political-manipulation-youre-being-manipulated-by-both-sides-period" TargetMode="External"/><Relationship Id="rId12" Type="http://schemas.openxmlformats.org/officeDocument/2006/relationships/hyperlink" Target="https://www.thenews.com.pk/latest/1251945-denzel-washington-makes-big-admission-about-his-career" TargetMode="External"/><Relationship Id="rId13" Type="http://schemas.openxmlformats.org/officeDocument/2006/relationships/hyperlink" Target="https://easternmirrornagaland.com/denzel-washington-amidst-to-having-some-real-clunkers-in-his-filmography/" TargetMode="External"/><Relationship Id="rId14" Type="http://schemas.openxmlformats.org/officeDocument/2006/relationships/hyperlink" Target="https://www.timesnownews.com/entertainment-news/hollywood/gladiator-2-star-denzel-washington-says-americans-are-being-manipulated-by-politicians-article-115407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