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Korean drama Love in the Big City goes global!</w:t>
      </w:r>
    </w:p>
    <w:p>
      <w:r/>
    </w:p>
    <w:p>
      <w:r>
        <w:drawing>
          <wp:inline xmlns:a="http://schemas.openxmlformats.org/drawingml/2006/main" xmlns:pic="http://schemas.openxmlformats.org/drawingml/2006/picture">
            <wp:extent cx="5486400" cy="294766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47662"/>
                    </a:xfrm>
                    <a:prstGeom prst="rect"/>
                  </pic:spPr>
                </pic:pic>
              </a:graphicData>
            </a:graphic>
          </wp:inline>
        </w:drawing>
      </w:r>
    </w:p>
    <w:p>
      <w:r>
        <w:t>The Korean drama Love in the Big City, starring Nam Yoon Su, has garnered significant international attention shortly after its release. According to Rakuten Viki, a global over-the-top (OTT) streaming platform, the series has risen to the Top 5 in viewership rankings across North America, Europe, and Oceania within the first week of its broadcast.</w:t>
      </w:r>
    </w:p>
    <w:p>
      <w:r>
        <w:t>The drama, adapted from a highly successful novel by Park Sang Young, features a blend of comedy, classic romance, and romantic comedy. It centres around the experiences of Go Young, a young writer portrayed by Nam Yoon Su, as he navigates the complexities of life and romance in a bustling urban environment. Park Sang Young, who also adapted the screenplay for the drama, aimed to encapsulate the essence and allure of the original narrative.</w:t>
      </w:r>
    </w:p>
    <w:p>
      <w:r>
        <w:t>In response to the success of Love in the Big City, Park Sang Young expressed his astonishment and thanks, stating through Rakuten Viki, "I never expected to receive so much love from overseas, so I am truly delighted and moved." This enthusiastic reception highlights the growing international interest in Korean dramas, further solidifying their place in global entertainment.</w:t>
      </w:r>
    </w:p>
    <w:p>
      <w:r>
        <w:t>Rakuten Viki, the platform streaming the drama, is known for its extensive library of Asian dramas and films, available to audiences in over 190 countries. The platform not only features Love in the Big City but also hosts a variety of other recent Korean dramas, such as Family by Choice, Brewing Love, and Face Me, which cater to diverse tastes and preferences.</w:t>
      </w:r>
    </w:p>
    <w:p>
      <w:r>
        <w:t xml:space="preserve">The drama's rise in popularity reflects both the universal themes it explores and the increasing global appetite for Korean entertainment, which continues to transcend cultural and geographical boundaries.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https://www.sportskeeda.com/us/k-pop/news-i-will-give-free-hugs-1-000-people-nam-yoon-su-promises-fans-upcoming-tving-drama-love-big-city-ranks-first-viewership</w:t>
        </w:r>
      </w:hyperlink>
      <w:r>
        <w:t xml:space="preserve"> - Corroborates the involvement of Nam Yoon Su in the drama 'Love in the Big City' and his promise related to its viewership.</w:t>
      </w:r>
    </w:p>
    <w:p>
      <w:pPr>
        <w:pStyle w:val="ListBullet"/>
      </w:pPr>
      <w:hyperlink r:id="rId12">
        <w:r>
          <w:rPr>
            <w:u w:val="single"/>
            <w:color w:val="0000FF"/>
            <w:rStyle w:val="Hyperlink"/>
          </w:rPr>
          <w:t>https://www.soompi.com/article/1700517wpp/family-by-choice-sweeps-viewership-rankings-in-135-regions-on-viki</w:t>
        </w:r>
      </w:hyperlink>
      <w:r>
        <w:t xml:space="preserve"> - Provides information on Rakuten Viki's extensive library of Asian dramas, including 'Love in the Big City' and other recent Korean dramas.</w:t>
      </w:r>
    </w:p>
    <w:p>
      <w:pPr>
        <w:pStyle w:val="ListBullet"/>
      </w:pPr>
      <w:hyperlink r:id="rId12">
        <w:r>
          <w:rPr>
            <w:u w:val="single"/>
            <w:color w:val="0000FF"/>
            <w:rStyle w:val="Hyperlink"/>
          </w:rPr>
          <w:t>https://www.soompi.com/article/1700517wpp/family-by-choice-sweeps-viewership-rankings-in-135-regions-on-viki</w:t>
        </w:r>
      </w:hyperlink>
      <w:r>
        <w:t xml:space="preserve"> - Highlights Rakuten Viki's global reach and the popularity of Korean dramas on the platform.</w:t>
      </w:r>
    </w:p>
    <w:p>
      <w:pPr>
        <w:pStyle w:val="ListBullet"/>
      </w:pPr>
      <w:hyperlink r:id="rId13">
        <w:r>
          <w:rPr>
            <w:u w:val="single"/>
            <w:color w:val="0000FF"/>
            <w:rStyle w:val="Hyperlink"/>
          </w:rPr>
          <w:t>https://en.namu.wiki/w/%EB%8C%80%EB%8F%84%EC%8B%9C%EC%9D%98%20%EC%82%AC%EB%9E%91%EB%B2%95(%EB%93%9C%EB%9D%BC%EB%A7%88)</w:t>
        </w:r>
      </w:hyperlink>
      <w:r>
        <w:t xml:space="preserve"> - Details the adaptation of the novel 'Love in the Big City' into a drama, including the genres and the storyline.</w:t>
      </w:r>
    </w:p>
    <w:p>
      <w:pPr>
        <w:pStyle w:val="ListBullet"/>
      </w:pPr>
      <w:hyperlink r:id="rId13">
        <w:r>
          <w:rPr>
            <w:u w:val="single"/>
            <w:color w:val="0000FF"/>
            <w:rStyle w:val="Hyperlink"/>
          </w:rPr>
          <w:t>https://en.namu.wiki/w/%EB%8C%80%EB%8F%84%EC%8B%9C%EC%9D%98%20%EC%82%AC%EB%9E%91%EB%B2%95(%EB%93%9C%EB%9D%BC%EB%A7%88)</w:t>
        </w:r>
      </w:hyperlink>
      <w:r>
        <w:t xml:space="preserve"> - Provides information on the production and filming of 'Love in the Big City,' including the directors and filming locations.</w:t>
      </w:r>
    </w:p>
    <w:p>
      <w:pPr>
        <w:pStyle w:val="ListBullet"/>
      </w:pPr>
      <w:hyperlink r:id="rId14">
        <w:r>
          <w:rPr>
            <w:u w:val="single"/>
            <w:color w:val="0000FF"/>
            <w:rStyle w:val="Hyperlink"/>
          </w:rPr>
          <w:t>https://www.viki.com/tv/40771c-love-in-the-big-city</w:t>
        </w:r>
      </w:hyperlink>
      <w:r>
        <w:t xml:space="preserve"> - Corroborates the synopsis and genres of 'Love in the Big City' as well as its availability on Rakuten Viki.</w:t>
      </w:r>
    </w:p>
    <w:p>
      <w:pPr>
        <w:pStyle w:val="ListBullet"/>
      </w:pPr>
      <w:hyperlink r:id="rId14">
        <w:r>
          <w:rPr>
            <w:u w:val="single"/>
            <w:color w:val="0000FF"/>
            <w:rStyle w:val="Hyperlink"/>
          </w:rPr>
          <w:t>https://www.viki.com/tv/40771c-love-in-the-big-city</w:t>
        </w:r>
      </w:hyperlink>
      <w:r>
        <w:t xml:space="preserve"> - Details the cast, including Nam Yoon Su, and the themes explored in the drama.</w:t>
      </w:r>
    </w:p>
    <w:p>
      <w:pPr>
        <w:pStyle w:val="ListBullet"/>
      </w:pPr>
      <w:hyperlink r:id="rId12">
        <w:r>
          <w:rPr>
            <w:u w:val="single"/>
            <w:color w:val="0000FF"/>
            <w:rStyle w:val="Hyperlink"/>
          </w:rPr>
          <w:t>https://www.soompi.com/article/1700517wpp/family-by-choice-sweeps-viewership-rankings-in-135-regions-on-viki</w:t>
        </w:r>
      </w:hyperlink>
      <w:r>
        <w:t xml:space="preserve"> - Highlights the global success of Korean dramas on Rakuten Viki, reflecting the growing international interest.</w:t>
      </w:r>
    </w:p>
    <w:p>
      <w:pPr>
        <w:pStyle w:val="ListBullet"/>
      </w:pPr>
      <w:hyperlink r:id="rId13">
        <w:r>
          <w:rPr>
            <w:u w:val="single"/>
            <w:color w:val="0000FF"/>
            <w:rStyle w:val="Hyperlink"/>
          </w:rPr>
          <w:t>https://en.namu.wiki/w/%EB%8C%80%EB%8F%84%EC%8B%9C%EC%9D%98%20%EC%82%AC%EB%9E%91%EB%B2%95(%EB%93%9C%EB%9D%BC%EB%A7%88)</w:t>
        </w:r>
      </w:hyperlink>
      <w:r>
        <w:t xml:space="preserve"> - Mentions the support from the Ministry of Culture, Sports and Tourism and the Korea Creative Content Agency, underscoring the drama's significance.</w:t>
      </w:r>
    </w:p>
    <w:p>
      <w:pPr>
        <w:pStyle w:val="ListBullet"/>
      </w:pPr>
      <w:hyperlink r:id="rId12">
        <w:r>
          <w:rPr>
            <w:u w:val="single"/>
            <w:color w:val="0000FF"/>
            <w:rStyle w:val="Hyperlink"/>
          </w:rPr>
          <w:t>https://www.soompi.com/article/1700517wpp/family-by-choice-sweeps-viewership-rankings-in-135-regions-on-viki</w:t>
        </w:r>
      </w:hyperlink>
      <w:r>
        <w:t xml:space="preserve"> - Provides context on Rakuten Viki's role in streaming Asian dramas and films globally.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portskeeda.com/us/k-pop/news-i-will-give-free-hugs-1-000-people-nam-yoon-su-promises-fans-upcoming-tving-drama-love-big-city-ranks-first-viewership" TargetMode="External"/><Relationship Id="rId12" Type="http://schemas.openxmlformats.org/officeDocument/2006/relationships/hyperlink" Target="https://www.soompi.com/article/1700517wpp/family-by-choice-sweeps-viewership-rankings-in-135-regions-on-viki" TargetMode="External"/><Relationship Id="rId13" Type="http://schemas.openxmlformats.org/officeDocument/2006/relationships/hyperlink" Target="https://en.namu.wiki/w/%EB%8C%80%EB%8F%84%EC%8B%9C%EC%9D%98%20%EC%82%AC%EB%9E%91%EB%B2%95(%EB%93%9C%EB%9D%BC%EB%A7%88)" TargetMode="External"/><Relationship Id="rId14" Type="http://schemas.openxmlformats.org/officeDocument/2006/relationships/hyperlink" Target="https://www.viki.com/tv/40771c-love-in-the-big-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