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Jonathan Bailey the only gay in People magazine's Sexiest Man Alive awards</w:t>
      </w:r>
    </w:p>
    <w:p>
      <w:r/>
    </w:p>
    <w:p>
      <w:r>
        <w:drawing>
          <wp:inline xmlns:a="http://schemas.openxmlformats.org/drawingml/2006/main" xmlns:pic="http://schemas.openxmlformats.org/drawingml/2006/picture">
            <wp:extent cx="5486400" cy="332534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25345"/>
                    </a:xfrm>
                    <a:prstGeom prst="rect"/>
                  </pic:spPr>
                </pic:pic>
              </a:graphicData>
            </a:graphic>
          </wp:inline>
        </w:drawing>
      </w:r>
    </w:p>
    <w:p>
      <w:r>
        <w:t>In a highly anticipated event, People magazine has revealed its winners for the 2024 Sexiest Man Alive Readers' Choice Poll. This annual poll, known for its celebration of male celebrity appeal, has sparked discussion this year due to its apparent lack of diversity, particularly in terms of representation from the LGBTQ+ community.</w:t>
      </w:r>
    </w:p>
    <w:p>
      <w:r>
        <w:t>The list comprises 15 categories, with out actor Jonathan Bailey standing out as the only openly gay man to be recognised. Bailey, known for his roles in Bridgerton [pictured, Netflix] and the upcoming musical film Wicked, was voted Sexiest Fiyero. This character is his latest role, and his recognition has been highlighted on the publication's social media, where his portrayal has been described as "Wicked-ly handsome".</w:t>
      </w:r>
    </w:p>
    <w:p>
      <w:r>
        <w:t>However, the results have raised questions about the absence of other prominent LGBTQ+ figures in the entertainment industry. Talents such as Colman Domingo, Omar Apollo, Ncuti Gatwa, Joel Kim Booster, and Matt Bomer, who have made significant impacts through their various performances and public profiles, were notably absent from the list.</w:t>
      </w:r>
    </w:p>
    <w:p>
      <w:r>
        <w:t>Other categories stirred the debate on representation further. Chip Gaines was voted "Sexiest Handy Man", overshadowing queer personalities like Bobby Berk and Jeremiah Brent, well known for their roles on shows like 'Queer Eye'. Similarly, the "Gen SeXiest" title went to Shemar Moore, though some have argued that Colman Domingo's elegance and style at 54 deserved the accolade.</w:t>
      </w:r>
    </w:p>
    <w:p>
      <w:r>
        <w:t>A surprising turn in the category of "Sexiest Dog Dad" was noted, where Russell Tovey, known for his affection for his pet Rocky, did not make the list. In what appears to be a controversial win, Joe Jonas claimed the title of "Makes BRAT Look Sexiest", surpassing Troye Sivan, despite Sivan's notable influence and success in music this year.</w:t>
      </w:r>
    </w:p>
    <w:p>
      <w:r>
        <w:t>The category of "Sexiest Tattoos" was awarded to Jeremy Allen White, famously known for his role in 'The Bear', despite having only a few tattoos. Fans of Ricky Martin, Orville Peck, and Kyle Krieger have expressed their surprise at this decision, hinting at a possible misunderstanding of White's character tattoos in the show as real.</w:t>
      </w:r>
    </w:p>
    <w:p>
      <w:r>
        <w:t>Harry Styles took home the title for "Sexiest Musician", an accolade that left out artists like Omar Apollo, Frank Ocean, and Ricky Martin, all of whom have made significant contributions to music in recent years and have substantial fan bases.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https://www.aol.com/sexiest-man-alive-2024-readers-180058900.html</w:t>
        </w:r>
      </w:hyperlink>
      <w:r>
        <w:t xml:space="preserve"> - Corroborates the details of the 2024 Sexiest Man Alive readers' choice poll, including the categories and some of the winners.</w:t>
      </w:r>
    </w:p>
    <w:p>
      <w:pPr>
        <w:pStyle w:val="ListBullet"/>
      </w:pPr>
      <w:hyperlink r:id="rId12">
        <w:r>
          <w:rPr>
            <w:u w:val="single"/>
            <w:color w:val="0000FF"/>
            <w:rStyle w:val="Hyperlink"/>
          </w:rPr>
          <w:t>https://kiss983.iheart.com/content/2024-10-29-people-sexiest-man-alive-readers-choice-winners/</w:t>
        </w:r>
      </w:hyperlink>
      <w:r>
        <w:t xml:space="preserve"> - Provides information on the high participation in the poll and the categories involved.</w:t>
      </w:r>
    </w:p>
    <w:p>
      <w:pPr>
        <w:pStyle w:val="ListBullet"/>
      </w:pPr>
      <w:hyperlink r:id="rId13">
        <w:r>
          <w:rPr>
            <w:u w:val="single"/>
            <w:color w:val="0000FF"/>
            <w:rStyle w:val="Hyperlink"/>
          </w:rPr>
          <w:t>https://people.com/sexiest-man-alive-readers-choice-poll-2024-8704349</w:t>
        </w:r>
      </w:hyperlink>
      <w:r>
        <w:t xml:space="preserve"> - Explains the process of voting and the various categories in the Readers' Choice Poll.</w:t>
      </w:r>
    </w:p>
    <w:p>
      <w:pPr>
        <w:pStyle w:val="ListBullet"/>
      </w:pPr>
      <w:hyperlink r:id="rId14">
        <w:r>
          <w:rPr>
            <w:u w:val="single"/>
            <w:color w:val="0000FF"/>
            <w:rStyle w:val="Hyperlink"/>
          </w:rPr>
          <w:t>https://www.billboard.com/music/pop/harry-styles-people-magazine-2024-sexiest-musician-alive-1235814991/</w:t>
        </w:r>
      </w:hyperlink>
      <w:r>
        <w:t xml:space="preserve"> - Confirms Harry Styles as the winner of the 'Sexiest Musician' category.</w:t>
      </w:r>
    </w:p>
    <w:p>
      <w:pPr>
        <w:pStyle w:val="ListBullet"/>
      </w:pPr>
      <w:hyperlink r:id="rId15">
        <w:r>
          <w:rPr>
            <w:u w:val="single"/>
            <w:color w:val="0000FF"/>
            <w:rStyle w:val="Hyperlink"/>
          </w:rPr>
          <w:t>https://people.com/sexiest-man-alive-2024-readers-choice-poll-results-8735237</w:t>
        </w:r>
      </w:hyperlink>
      <w:r>
        <w:t xml:space="preserve"> - Details the results of the poll, including the winners in various categories.</w:t>
      </w:r>
    </w:p>
    <w:p>
      <w:pPr>
        <w:pStyle w:val="ListBullet"/>
      </w:pPr>
      <w:hyperlink r:id="rId11">
        <w:r>
          <w:rPr>
            <w:u w:val="single"/>
            <w:color w:val="0000FF"/>
            <w:rStyle w:val="Hyperlink"/>
          </w:rPr>
          <w:t>https://www.aol.com/sexiest-man-alive-2024-readers-180058900.html</w:t>
        </w:r>
      </w:hyperlink>
      <w:r>
        <w:t xml:space="preserve"> - Mentions the lack of diversity and representation issues, including the absence of prominent LGBTQ+ figures.</w:t>
      </w:r>
    </w:p>
    <w:p>
      <w:pPr>
        <w:pStyle w:val="ListBullet"/>
      </w:pPr>
      <w:hyperlink r:id="rId13">
        <w:r>
          <w:rPr>
            <w:u w:val="single"/>
            <w:color w:val="0000FF"/>
            <w:rStyle w:val="Hyperlink"/>
          </w:rPr>
          <w:t>https://people.com/sexiest-man-alive-readers-choice-poll-2024-8704349</w:t>
        </w:r>
      </w:hyperlink>
      <w:r>
        <w:t xml:space="preserve"> - Lists the categories and the process, which can be used to infer the absence of certain LGBTQ+ figures.</w:t>
      </w:r>
    </w:p>
    <w:p>
      <w:pPr>
        <w:pStyle w:val="ListBullet"/>
      </w:pPr>
      <w:hyperlink r:id="rId11">
        <w:r>
          <w:rPr>
            <w:u w:val="single"/>
            <w:color w:val="0000FF"/>
            <w:rStyle w:val="Hyperlink"/>
          </w:rPr>
          <w:t>https://www.aol.com/sexiest-man-alive-2024-readers-180058900.html</w:t>
        </w:r>
      </w:hyperlink>
      <w:r>
        <w:t xml:space="preserve"> - Discusses the win of Chip Gaines as 'Sexiest Handy Man' and the controversy around it.</w:t>
      </w:r>
    </w:p>
    <w:p>
      <w:pPr>
        <w:pStyle w:val="ListBullet"/>
      </w:pPr>
      <w:hyperlink r:id="rId12">
        <w:r>
          <w:rPr>
            <w:u w:val="single"/>
            <w:color w:val="0000FF"/>
            <w:rStyle w:val="Hyperlink"/>
          </w:rPr>
          <w:t>https://kiss983.iheart.com/content/2024-10-29-people-sexiest-man-alive-readers-choice-winners/</w:t>
        </w:r>
      </w:hyperlink>
      <w:r>
        <w:t xml:space="preserve"> - Provides context on the poll's results, which can be linked to discussions on representation and inclusivity.</w:t>
      </w:r>
    </w:p>
    <w:p>
      <w:pPr>
        <w:pStyle w:val="ListBullet"/>
      </w:pPr>
      <w:hyperlink r:id="rId15">
        <w:r>
          <w:rPr>
            <w:u w:val="single"/>
            <w:color w:val="0000FF"/>
            <w:rStyle w:val="Hyperlink"/>
          </w:rPr>
          <w:t>https://people.com/sexiest-man-alive-2024-readers-choice-poll-results-8735237</w:t>
        </w:r>
      </w:hyperlink>
      <w:r>
        <w:t xml:space="preserve"> - Details the specific wins, such as Joe Jonas and Jeremy Allen White, which have sparked controversy and discussion.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ol.com/sexiest-man-alive-2024-readers-180058900.html" TargetMode="External"/><Relationship Id="rId12" Type="http://schemas.openxmlformats.org/officeDocument/2006/relationships/hyperlink" Target="https://kiss983.iheart.com/content/2024-10-29-people-sexiest-man-alive-readers-choice-winners/" TargetMode="External"/><Relationship Id="rId13" Type="http://schemas.openxmlformats.org/officeDocument/2006/relationships/hyperlink" Target="https://people.com/sexiest-man-alive-readers-choice-poll-2024-8704349" TargetMode="External"/><Relationship Id="rId14" Type="http://schemas.openxmlformats.org/officeDocument/2006/relationships/hyperlink" Target="https://www.billboard.com/music/pop/harry-styles-people-magazine-2024-sexiest-musician-alive-1235814991/" TargetMode="External"/><Relationship Id="rId15" Type="http://schemas.openxmlformats.org/officeDocument/2006/relationships/hyperlink" Target="https://people.com/sexiest-man-alive-2024-readers-choice-poll-results-87352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