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DRAG: The Musical takes New York</w:t>
      </w:r>
    </w:p>
    <w:p>
      <w:r/>
    </w:p>
    <w:p>
      <w:r>
        <w:drawing>
          <wp:inline xmlns:a="http://schemas.openxmlformats.org/drawingml/2006/main" xmlns:pic="http://schemas.openxmlformats.org/drawingml/2006/picture">
            <wp:extent cx="5486400" cy="284988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2849880"/>
                    </a:xfrm>
                    <a:prstGeom prst="rect"/>
                  </pic:spPr>
                </pic:pic>
              </a:graphicData>
            </a:graphic>
          </wp:inline>
        </w:drawing>
      </w:r>
    </w:p>
    <w:p>
      <w:r>
        <w:t>Joey McIntyre, renowned as the youngest member of the iconic boy band New Kids on the Block, has embarked on a new theatrical adventure with his role in DRAG: The Musical, currently enjoying its off-Broadway tenure at New World Stages in New York City. McIntyre's involvement in the show is set to continue through to 9 December.</w:t>
      </w:r>
    </w:p>
    <w:p>
      <w:r>
        <w:t>DRAG: The Musical explores the vibrant world of drag through a storyline that pits two rival drag bars against each other, creating a narrative woven with themes of fashion, family, and forgiveness. Conceived by illustrious figures such as Alaska Thunderfuck from Drag Race, the show is heralded as an "instant cult classic," designed to resonate across generations with its compelling original story. The production team includes notable contributors like Tristan Schukraft and entertainment icon Liza Minnelli.</w:t>
      </w:r>
    </w:p>
    <w:p>
      <w:r>
        <w:t>In this theatrical experience, Joey McIntyre takes on the role of Tom Hutchinson, a conventional accountant drawn into the colourful mess of his brother's drag club woes. Tom's journey is compounded by a complicated relationship with Dixie Coxworth, an AFAB character who spurns him for being too straight. This storyline serves as the backdrop for McIntyre's musical debut of the song "Straight Man," a track that echoes the musical stylings of bands like Weezer and Green Day.</w:t>
      </w:r>
    </w:p>
    <w:p>
      <w:r>
        <w:t>McIntyre's diverse career portfolio spans far beyond his boy band origins. After New Kids on the Block disbanded in the early 90s, he pursued solo music ventures and acting roles. His film debut in "The Fantasticks" alongside Joel Grey marked the beginning of a successful film and stage career. New Kids on the Block reunited in 2008, joining forces with the Backstreet Boys for a tour, yet McIntyre continued to balance this with Broadway performances in shows such as Wicked and films including The Heat.</w:t>
      </w:r>
    </w:p>
    <w:p>
      <w:r>
        <w:t>Through a conversation with McIntyre, insights into his artistic journey and his role in DRAG: The Musical emerged. He expressed enthusiasm for originating roles, noting the thrill and creative satisfaction it brings, despite the challenges of negotiating creative differences with the show's creators. His portrayal of Tom, a character marked by complexity, aims to reflect the nuanced realities of human experiences without resorting to clichés or easy likability.</w:t>
      </w:r>
    </w:p>
    <w:p>
      <w:r>
        <w:t>Joey McIntyre also spoke candidly about personal shifts in his life, mentioning his newfound sobriety and its impact on his life perspective. Such changes, he noted, have offered him greater clarity and opportunities, albeit with challenges.</w:t>
      </w:r>
    </w:p>
    <w:p>
      <w:r>
        <w:t>Looking forward, McIntyre has revealed the impending release of a solo album titled Freedom, slated to debut on 24 January 2025. He anticipates a warm reception from the LGBTQ+ community, aligning with his ongoing commitment to diverse artistic expressions.</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https://www.bostonmagazine.com/arts-entertainment/2021/07/13/joey-mcintyre/</w:t>
        </w:r>
      </w:hyperlink>
      <w:r>
        <w:t xml:space="preserve"> - Corroborates Joey McIntyre's diverse career, including his solo music ventures, acting roles, and Broadway performances.</w:t>
      </w:r>
    </w:p>
    <w:p>
      <w:pPr>
        <w:pStyle w:val="ListBullet"/>
      </w:pPr>
      <w:hyperlink r:id="rId12">
        <w:r>
          <w:rPr>
            <w:u w:val="single"/>
            <w:color w:val="0000FF"/>
            <w:rStyle w:val="Hyperlink"/>
          </w:rPr>
          <w:t>https://www.imdb.com/name/nm0570771/</w:t>
        </w:r>
      </w:hyperlink>
      <w:r>
        <w:t xml:space="preserve"> - Provides details on Joey McIntyre's film and stage career, including his roles in 'The Fantasticks,' 'Wicked,' and other productions.</w:t>
      </w:r>
    </w:p>
    <w:p>
      <w:pPr>
        <w:pStyle w:val="ListBullet"/>
      </w:pPr>
      <w:hyperlink r:id="rId13">
        <w:r>
          <w:rPr>
            <w:u w:val="single"/>
            <w:color w:val="0000FF"/>
            <w:rStyle w:val="Hyperlink"/>
          </w:rPr>
          <w:t>https://en.wikipedia.org/wiki/Joey_McIntyre</w:t>
        </w:r>
      </w:hyperlink>
      <w:r>
        <w:t xml:space="preserve"> - Confirms Joey McIntyre's background, his role in New Kids on the Block, and his various acting and musical endeavors.</w:t>
      </w:r>
    </w:p>
    <w:p>
      <w:pPr>
        <w:pStyle w:val="ListBullet"/>
      </w:pPr>
      <w:hyperlink r:id="rId12">
        <w:r>
          <w:rPr>
            <w:u w:val="single"/>
            <w:color w:val="0000FF"/>
            <w:rStyle w:val="Hyperlink"/>
          </w:rPr>
          <w:t>https://www.imdb.com/name/nm0570771/</w:t>
        </w:r>
      </w:hyperlink>
      <w:r>
        <w:t xml:space="preserve"> - Lists Joey McIntyre's numerous acting credits, including TV shows and films, which support his diverse career portfolio.</w:t>
      </w:r>
    </w:p>
    <w:p>
      <w:pPr>
        <w:pStyle w:val="ListBullet"/>
      </w:pPr>
      <w:hyperlink r:id="rId13">
        <w:r>
          <w:rPr>
            <w:u w:val="single"/>
            <w:color w:val="0000FF"/>
            <w:rStyle w:val="Hyperlink"/>
          </w:rPr>
          <w:t>https://en.wikipedia.org/wiki/Joey_McIntyre</w:t>
        </w:r>
      </w:hyperlink>
      <w:r>
        <w:t xml:space="preserve"> - Details Joey McIntyre's early life, his joining New Kids on the Block, and the band's reunion in 2008.</w:t>
      </w:r>
    </w:p>
    <w:p>
      <w:pPr>
        <w:pStyle w:val="ListBullet"/>
      </w:pPr>
      <w:hyperlink r:id="rId11">
        <w:r>
          <w:rPr>
            <w:u w:val="single"/>
            <w:color w:val="0000FF"/>
            <w:rStyle w:val="Hyperlink"/>
          </w:rPr>
          <w:t>https://www.bostonmagazine.com/arts-entertainment/2021/07/13/joey-mcintyre/</w:t>
        </w:r>
      </w:hyperlink>
      <w:r>
        <w:t xml:space="preserve"> - Discusses Joey McIntyre's personal life, including his family and his experiences as a teen idol.</w:t>
      </w:r>
    </w:p>
    <w:p>
      <w:pPr>
        <w:pStyle w:val="ListBullet"/>
      </w:pPr>
      <w:hyperlink r:id="rId13">
        <w:r>
          <w:rPr>
            <w:u w:val="single"/>
            <w:color w:val="0000FF"/>
            <w:rStyle w:val="Hyperlink"/>
          </w:rPr>
          <w:t>https://en.wikipedia.org/wiki/Joey_McIntyre</w:t>
        </w:r>
      </w:hyperlink>
      <w:r>
        <w:t xml:space="preserve"> - Mentions Joey McIntyre's Broadway roles, such as in 'Tick Tick Boom' and 'Wicked,' which align with his theatrical career.</w:t>
      </w:r>
    </w:p>
    <w:p>
      <w:pPr>
        <w:pStyle w:val="ListBullet"/>
      </w:pPr>
      <w:hyperlink r:id="rId12">
        <w:r>
          <w:rPr>
            <w:u w:val="single"/>
            <w:color w:val="0000FF"/>
            <w:rStyle w:val="Hyperlink"/>
          </w:rPr>
          <w:t>https://www.imdb.com/name/nm0570771/</w:t>
        </w:r>
      </w:hyperlink>
      <w:r>
        <w:t xml:space="preserve"> - Includes information on Joey McIntyre's recent roles, such as in 'The Goldbergs' and 'Fuller House,' showing his ongoing acting career.</w:t>
      </w:r>
    </w:p>
    <w:p>
      <w:pPr>
        <w:pStyle w:val="ListBullet"/>
      </w:pPr>
      <w:hyperlink r:id="rId13">
        <w:r>
          <w:rPr>
            <w:u w:val="single"/>
            <w:color w:val="0000FF"/>
            <w:rStyle w:val="Hyperlink"/>
          </w:rPr>
          <w:t>https://en.wikipedia.org/wiki/Joey_McIntyre</w:t>
        </w:r>
      </w:hyperlink>
      <w:r>
        <w:t xml:space="preserve"> - Provides context on Joey McIntyre's family background and his parents, which is relevant to his personal shifts and life perspective.</w:t>
      </w:r>
    </w:p>
    <w:p>
      <w:pPr>
        <w:pStyle w:val="ListBullet"/>
      </w:pPr>
      <w:hyperlink r:id="rId11">
        <w:r>
          <w:rPr>
            <w:u w:val="single"/>
            <w:color w:val="0000FF"/>
            <w:rStyle w:val="Hyperlink"/>
          </w:rPr>
          <w:t>https://www.bostonmagazine.com/arts-entertainment/2021/07/13/joey-mcintyre/</w:t>
        </w:r>
      </w:hyperlink>
      <w:r>
        <w:t xml:space="preserve"> - Touches on Joey McIntyre's ability to balance different creative projects, similar to his current role in 'DRAG: The Musical'.</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bostonmagazine.com/arts-entertainment/2021/07/13/joey-mcintyre/" TargetMode="External"/><Relationship Id="rId12" Type="http://schemas.openxmlformats.org/officeDocument/2006/relationships/hyperlink" Target="https://www.imdb.com/name/nm0570771/" TargetMode="External"/><Relationship Id="rId13" Type="http://schemas.openxmlformats.org/officeDocument/2006/relationships/hyperlink" Target="https://en.wikipedia.org/wiki/Joey_McInty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