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Former Abercrombie &amp; Fitch CEO faces sex trafficking charges</w:t>
      </w:r>
    </w:p>
    <w:p>
      <w:r/>
    </w:p>
    <w:p>
      <w:r>
        <w:drawing>
          <wp:inline xmlns:a="http://schemas.openxmlformats.org/drawingml/2006/main" xmlns:pic="http://schemas.openxmlformats.org/drawingml/2006/picture">
            <wp:extent cx="5486400" cy="285415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54152"/>
                    </a:xfrm>
                    <a:prstGeom prst="rect"/>
                  </pic:spPr>
                </pic:pic>
              </a:graphicData>
            </a:graphic>
          </wp:inline>
        </w:drawing>
      </w:r>
    </w:p>
    <w:p>
      <w:r>
        <w:t xml:space="preserve">Michael Jeffries, the former Chief Executive Officer of the retail brand Abercrombie &amp; Fitch, is scheduled to appear in a New York federal court on charges related to sex trafficking and interstate prostitution. The arraignment is set to take place in Central Islip, located on Long Island, New York. </w:t>
      </w:r>
    </w:p>
    <w:p>
      <w:r>
        <w:t>The allegations suggest that Jeffries and his accomplices targeted men with the allure of potential modelling roles in high-profile campaigns associated with Abercrombie &amp; Fitch, a company known for its young models and fashion-forward advertising. By using the prospect of entering the prestigious fashion industry, the accused purportedly coerced participants into attending these extravagant gatherings, which are alleged to have involved illegal drug use and sexual activities.</w:t>
      </w:r>
    </w:p>
    <w:p>
      <w:r>
        <w:t>Despite the gravity of the charges, Jeffries' legal representative has not made any public statements regarding the situation leading up to the court appearance. Similarly, James Jacobson, identified as Jeffries' employee and implicated in the case, is also expected to appear in court on related charges, although his attorney has similarly refrained from commenting at this time.</w:t>
      </w:r>
    </w:p>
    <w:p>
      <w:r>
        <w:t>Abercrombie &amp; Fitch has been quick to respond to the unfolding legal case, expressing strong disapproval of the accusations. In an official statement issued on social media, the company explicitly stated its dismay and repulsion concerning the allegations against its former CEO. The retailer emphasised its commitment to distinct corporate values that sharply oppose any such behaviour.</w:t>
      </w:r>
    </w:p>
    <w:p>
      <w:r>
        <w:t>The legal proceedings are attracting considerable public attention, given the high-profile nature of the individuals involved and the disturbing nature of the accusations. The case is expected to progress in the federal judicial system, where more details could emerge about the alleged activities and any potential evidence that may be brought forward by the prosecution.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https://apnews.com/article/abercrombie-fitch-ceo-jeffries-sex-charges-f95f6b480dcb41e5365fa9b49f6206bd</w:t>
        </w:r>
      </w:hyperlink>
      <w:r>
        <w:t xml:space="preserve"> - Corroborates the arrest of Michael Jeffries on charges related to sex trafficking and interstate prostitution, and details the allegations of enticing young individuals with modeling opportunities.</w:t>
      </w:r>
    </w:p>
    <w:p>
      <w:pPr>
        <w:pStyle w:val="ListBullet"/>
      </w:pPr>
      <w:hyperlink r:id="rId12">
        <w:r>
          <w:rPr>
            <w:u w:val="single"/>
            <w:color w:val="0000FF"/>
            <w:rStyle w:val="Hyperlink"/>
          </w:rPr>
          <w:t>https://www.cnn.com/2024/10/22/business/abercrombie-ceo-mike-jeffries-arrested-sex-trafficking/index.html</w:t>
        </w:r>
      </w:hyperlink>
      <w:r>
        <w:t xml:space="preserve"> - Confirms the indictment of Mike Jeffries on sixteen federal counts of sex trafficking and international charges.</w:t>
      </w:r>
    </w:p>
    <w:p>
      <w:pPr>
        <w:pStyle w:val="ListBullet"/>
      </w:pPr>
      <w:hyperlink r:id="rId13">
        <w:r>
          <w:rPr>
            <w:u w:val="single"/>
            <w:color w:val="0000FF"/>
            <w:rStyle w:val="Hyperlink"/>
          </w:rPr>
          <w:t>https://www.justice.gov/usao-edny/pr/former-ceo-abercrombie-fitch-and-two-other-individuals-charged-sex-trafficking-and</w:t>
        </w:r>
      </w:hyperlink>
      <w:r>
        <w:t xml:space="preserve"> - Provides details on the charges against Michael Jeffries, Matthew Smith, and James Jacobson, including sex trafficking and engaging in interstate prostitution.</w:t>
      </w:r>
    </w:p>
    <w:p>
      <w:pPr>
        <w:pStyle w:val="ListBullet"/>
      </w:pPr>
      <w:hyperlink r:id="rId14">
        <w:r>
          <w:rPr>
            <w:u w:val="single"/>
            <w:color w:val="0000FF"/>
            <w:rStyle w:val="Hyperlink"/>
          </w:rPr>
          <w:t>https://www.npr.org/2024/10/22/nx-s1-5160661/former-abercrombie-ceo-mike-jeffries-arrested-federal-sex-trafficking-case</w:t>
        </w:r>
      </w:hyperlink>
      <w:r>
        <w:t xml:space="preserve"> - Supports the information about Jeffries' arrest, the involvement of his partner Matthew Smith, and the recruitment of victims by James Jacobson.</w:t>
      </w:r>
    </w:p>
    <w:p>
      <w:pPr>
        <w:pStyle w:val="ListBullet"/>
      </w:pPr>
      <w:hyperlink r:id="rId15">
        <w:r>
          <w:rPr>
            <w:u w:val="single"/>
            <w:color w:val="0000FF"/>
            <w:rStyle w:val="Hyperlink"/>
          </w:rPr>
          <w:t>https://www.washingtonpost.com/style/2024/10/22/mike-jeffries-arrested-sex-trafficking/</w:t>
        </w:r>
      </w:hyperlink>
      <w:r>
        <w:t xml:space="preserve"> - Confirms the arrest of Mike Jeffries and two others in connection with sex trafficking charges and provides context on the allegations.</w:t>
      </w:r>
    </w:p>
    <w:p>
      <w:pPr>
        <w:pStyle w:val="ListBullet"/>
      </w:pPr>
      <w:hyperlink r:id="rId11">
        <w:r>
          <w:rPr>
            <w:u w:val="single"/>
            <w:color w:val="0000FF"/>
            <w:rStyle w:val="Hyperlink"/>
          </w:rPr>
          <w:t>https://apnews.com/article/abercrombie-fitch-ceo-jeffries-sex-charges-f95f6b480dcb41e5365fa9b49f6206bd</w:t>
        </w:r>
      </w:hyperlink>
      <w:r>
        <w:t xml:space="preserve"> - Details Abercrombie &amp; Fitch's response to the allegations, including their engagement of an external legal firm for an independent investigation.</w:t>
      </w:r>
    </w:p>
    <w:p>
      <w:pPr>
        <w:pStyle w:val="ListBullet"/>
      </w:pPr>
      <w:hyperlink r:id="rId14">
        <w:r>
          <w:rPr>
            <w:u w:val="single"/>
            <w:color w:val="0000FF"/>
            <w:rStyle w:val="Hyperlink"/>
          </w:rPr>
          <w:t>https://www.npr.org/2024/10/22/nx-s1-5160661/former-abercrombie-ceo-mike-jeffries-arrested-federal-sex-trafficking-case</w:t>
        </w:r>
      </w:hyperlink>
      <w:r>
        <w:t xml:space="preserve"> - Explains the method of coercion using financial incentives and the allure of legitimate job opportunities in the fashion industry.</w:t>
      </w:r>
    </w:p>
    <w:p>
      <w:pPr>
        <w:pStyle w:val="ListBullet"/>
      </w:pPr>
      <w:hyperlink r:id="rId12">
        <w:r>
          <w:rPr>
            <w:u w:val="single"/>
            <w:color w:val="0000FF"/>
            <w:rStyle w:val="Hyperlink"/>
          </w:rPr>
          <w:t>https://www.cnn.com/2024/10/22/business/abercrombie-ceo-mike-jeffries-arrested-sex-trafficking/index.html</w:t>
        </w:r>
      </w:hyperlink>
      <w:r>
        <w:t xml:space="preserve"> - Mentions the high-profile nature of the case and the public attention it is receiving due to the involvement of a former CEO of a well-known brand.</w:t>
      </w:r>
    </w:p>
    <w:p>
      <w:pPr>
        <w:pStyle w:val="ListBullet"/>
      </w:pPr>
      <w:hyperlink r:id="rId13">
        <w:r>
          <w:rPr>
            <w:u w:val="single"/>
            <w:color w:val="0000FF"/>
            <w:rStyle w:val="Hyperlink"/>
          </w:rPr>
          <w:t>https://www.justice.gov/usao-edny/pr/former-ceo-abercrombie-fitch-and-two-other-individuals-charged-sex-trafficking-and</w:t>
        </w:r>
      </w:hyperlink>
      <w:r>
        <w:t xml:space="preserve"> - Provides information on the legal proceedings and the expected court appearances of the accused in New York’s federal court.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apnews.com/article/abercrombie-fitch-ceo-jeffries-sex-charges-f95f6b480dcb41e5365fa9b49f6206bd" TargetMode="External"/><Relationship Id="rId12" Type="http://schemas.openxmlformats.org/officeDocument/2006/relationships/hyperlink" Target="https://www.cnn.com/2024/10/22/business/abercrombie-ceo-mike-jeffries-arrested-sex-trafficking/index.html" TargetMode="External"/><Relationship Id="rId13" Type="http://schemas.openxmlformats.org/officeDocument/2006/relationships/hyperlink" Target="https://www.justice.gov/usao-edny/pr/former-ceo-abercrombie-fitch-and-two-other-individuals-charged-sex-trafficking-and" TargetMode="External"/><Relationship Id="rId14" Type="http://schemas.openxmlformats.org/officeDocument/2006/relationships/hyperlink" Target="https://www.npr.org/2024/10/22/nx-s1-5160661/former-abercrombie-ceo-mike-jeffries-arrested-federal-sex-trafficking-case" TargetMode="External"/><Relationship Id="rId15" Type="http://schemas.openxmlformats.org/officeDocument/2006/relationships/hyperlink" Target="https://www.washingtonpost.com/style/2024/10/22/mike-jeffries-arrested-sex-traffic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