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Oscar buzz for trans-actress Karla Sofía Gascón in Netflix film Emilia Pérez</w:t>
      </w:r>
    </w:p>
    <w:p>
      <w:r/>
    </w:p>
    <w:p>
      <w:r>
        <w:drawing>
          <wp:inline xmlns:a="http://schemas.openxmlformats.org/drawingml/2006/main" xmlns:pic="http://schemas.openxmlformats.org/drawingml/2006/picture">
            <wp:extent cx="5486400" cy="274659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6599"/>
                    </a:xfrm>
                    <a:prstGeom prst="rect"/>
                  </pic:spPr>
                </pic:pic>
              </a:graphicData>
            </a:graphic>
          </wp:inline>
        </w:drawing>
      </w:r>
    </w:p>
    <w:p>
      <w:r>
        <w:t>Karla Sofía Gascón, an acclaimed Spanish actress recognized primarily for her work in Mexican telenovelas, has recently caught the cinematic world’s attention with her transformative role in the groundbreaking musical film Emilia Pérez. This award-winning feature not only challenges traditional gender narratives but also carves a unique niche in the film industry with its eclectic mix of a hard-hitting drug cartel storyline and operatic musical elements.</w:t>
      </w:r>
    </w:p>
    <w:p>
      <w:r>
        <w:t>In Emilia Pérez, Gascón portrays Manitas, a formidable Mexican drug lord who stages his own death and undergoes a gender transition, re-emerging as Emilia, a socially conscious activist. The film has garnered significant attention and acclaim, particularly for its unconventional narrative and compelling performances. It notably won accolades at the prestigious Cannes Film Festival, where Gascón, alongside her co-stars, was jointly awarded the best actress prize. Her fellow honourees include Zoe Saldana, Selena Gomez, and Adriana Paz.</w:t>
      </w:r>
    </w:p>
    <w:p>
      <w:r>
        <w:t>The film’s reception has been overwhelmingly positive, drawing praise from industry heavyweights such as Madonna and filmmaker Greta Gerwig, the latter serving as this year’s Cannes jury president. The performance has positioned Gascón as a potential contender for an Academy Award, which could make her the first openly transgender performer recognised in the Oscars' acting categories.</w:t>
      </w:r>
    </w:p>
    <w:p>
      <w:r>
        <w:t>Despite the acclaim, Gascón’s success has not been without controversy. Following her Cannes triumph, French far-right MEP Marion Maréchal faced backlash and legal action from Gascón and several LGBTQ+ organizations after posting a derogatory tweet regarding the awards. Gascón has personally initiated legal proceedings against Maréchal.</w:t>
      </w:r>
    </w:p>
    <w:p>
      <w:r>
        <w:t>Beyond the lights of film festivals and the glitter of potential accolades, Gascón’s journey in "Emilia Pérez" reflects her own personal and professional evolution. Transitioning at the age of 46, with support from her family, she navigates societal expectations and critiques about gender and appearance. The role of Emilia not only allowed Gascón to delve into the depths of her acting range but also complemented her real-life advocacy for transgender visibility and rights.</w:t>
      </w:r>
    </w:p>
    <w:p>
      <w:r>
        <w:t>Her portrayal in Emilia Pérez reflects a deep well of personal experiences and insight, as Gascón tackles the complexities of living authentically in a society filled with preconceived notions about gender identity. She articulates a belief in the power of education and the necessity for societal change, emphasizing respect and equality as fundamental principles, both themes resonant in her portrayal of Emilia.</w:t>
      </w:r>
    </w:p>
    <w:p>
      <w:r>
        <w:t>As the conversation around representation and authenticity in film continues to evolve, Karla Sofía Gascón’s performance stands as a testament to the ever-expanding possibilities in storytelling, and the film "Emilia Pérez" marks a significant contribution to the discourse, challenging norms with its distinctive narrative and powerful performances.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https://www.hollywoodreporter.com/movies/movie-news/karla-sofia-gascon-emilia-perez-oscars-san-sebastian-film-festival-1236008877/</w:t>
        </w:r>
      </w:hyperlink>
      <w:r>
        <w:t xml:space="preserve"> - Karla Sofía Gascón's role in 'Emilia Pérez' and her potential Oscar contention.</w:t>
      </w:r>
    </w:p>
    <w:p>
      <w:pPr>
        <w:pStyle w:val="ListBullet"/>
      </w:pPr>
      <w:hyperlink r:id="rId12">
        <w:r>
          <w:rPr>
            <w:u w:val="single"/>
            <w:color w:val="0000FF"/>
            <w:rStyle w:val="Hyperlink"/>
          </w:rPr>
          <w:t>https://en.wikipedia.org/wiki/Emilia_P%C3%A9rez</w:t>
        </w:r>
      </w:hyperlink>
      <w:r>
        <w:t xml:space="preserve"> - The film 'Emilia Pérez,' its plot, and the awards it has won, including the Cannes Film Festival.</w:t>
      </w:r>
    </w:p>
    <w:p>
      <w:pPr>
        <w:pStyle w:val="ListBullet"/>
      </w:pPr>
      <w:hyperlink r:id="rId13">
        <w:r>
          <w:rPr>
            <w:u w:val="single"/>
            <w:color w:val="0000FF"/>
            <w:rStyle w:val="Hyperlink"/>
          </w:rPr>
          <w:t>https://deadline.com/2024/10/emilia-perez-jacques-audiard-zoe-saldana-selena-gomez-karla-sofia-gascon-interview-1236114127/</w:t>
        </w:r>
      </w:hyperlink>
      <w:r>
        <w:t xml:space="preserve"> - The cast, including Karla Sofía Gascón, Zoe Saldana, and Selena Gomez, and their roles in 'Emilia Pérez'.</w:t>
      </w:r>
    </w:p>
    <w:p>
      <w:pPr>
        <w:pStyle w:val="ListBullet"/>
      </w:pPr>
      <w:hyperlink r:id="rId12">
        <w:r>
          <w:rPr>
            <w:u w:val="single"/>
            <w:color w:val="0000FF"/>
            <w:rStyle w:val="Hyperlink"/>
          </w:rPr>
          <w:t>https://en.wikipedia.org/wiki/Emilia_P%C3%A9rez</w:t>
        </w:r>
      </w:hyperlink>
      <w:r>
        <w:t xml:space="preserve"> - Karla Sofía Gascón's portrayal of Manitas/Emilia and the film's reception, including awards and critical response.</w:t>
      </w:r>
    </w:p>
    <w:p>
      <w:pPr>
        <w:pStyle w:val="ListBullet"/>
      </w:pPr>
      <w:hyperlink r:id="rId11">
        <w:r>
          <w:rPr>
            <w:u w:val="single"/>
            <w:color w:val="0000FF"/>
            <w:rStyle w:val="Hyperlink"/>
          </w:rPr>
          <w:t>https://www.hollywoodreporter.com/movies/movie-news/karla-sofia-gascon-emilia-perez-oscars-san-sebastian-film-festival-1236008877/</w:t>
        </w:r>
      </w:hyperlink>
      <w:r>
        <w:t xml:space="preserve"> - Gascón's personal journey and advocacy for transgender visibility and rights.</w:t>
      </w:r>
    </w:p>
    <w:p>
      <w:pPr>
        <w:pStyle w:val="ListBullet"/>
      </w:pPr>
      <w:hyperlink r:id="rId12">
        <w:r>
          <w:rPr>
            <w:u w:val="single"/>
            <w:color w:val="0000FF"/>
            <w:rStyle w:val="Hyperlink"/>
          </w:rPr>
          <w:t>https://en.wikipedia.org/wiki/Emilia_P%C3%A9rez</w:t>
        </w:r>
      </w:hyperlink>
      <w:r>
        <w:t xml:space="preserve"> - The film's awards, including the Best Actress award at Cannes and other festival recognitions.</w:t>
      </w:r>
    </w:p>
    <w:p>
      <w:pPr>
        <w:pStyle w:val="ListBullet"/>
      </w:pPr>
      <w:hyperlink r:id="rId13">
        <w:r>
          <w:rPr>
            <w:u w:val="single"/>
            <w:color w:val="0000FF"/>
            <w:rStyle w:val="Hyperlink"/>
          </w:rPr>
          <w:t>https://deadline.com/2024/10/emilia-perez-jacques-audiard-zoe-saldana-selena-gomez-karla-sofia-gascon-interview-1236114127/</w:t>
        </w:r>
      </w:hyperlink>
      <w:r>
        <w:t xml:space="preserve"> - The film's unique blend of a drug cartel storyline and operatic musical elements.</w:t>
      </w:r>
    </w:p>
    <w:p>
      <w:pPr>
        <w:pStyle w:val="ListBullet"/>
      </w:pPr>
      <w:hyperlink r:id="rId14">
        <w:r>
          <w:rPr>
            <w:u w:val="single"/>
            <w:color w:val="0000FF"/>
            <w:rStyle w:val="Hyperlink"/>
          </w:rPr>
          <w:t>https://www.imdb.com/title/tt20221436/</w:t>
        </w:r>
      </w:hyperlink>
      <w:r>
        <w:t xml:space="preserve"> - The cast, plot, and release details of 'Emilia Pérez'.</w:t>
      </w:r>
    </w:p>
    <w:p>
      <w:pPr>
        <w:pStyle w:val="ListBullet"/>
      </w:pPr>
      <w:hyperlink r:id="rId12">
        <w:r>
          <w:rPr>
            <w:u w:val="single"/>
            <w:color w:val="0000FF"/>
            <w:rStyle w:val="Hyperlink"/>
          </w:rPr>
          <w:t>https://en.wikipedia.org/wiki/Emilia_P%C3%A9rez</w:t>
        </w:r>
      </w:hyperlink>
      <w:r>
        <w:t xml:space="preserve"> - Greta Gerwig's role as Cannes jury president and the positive reception from industry figures like Madonna.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hollywoodreporter.com/movies/movie-news/karla-sofia-gascon-emilia-perez-oscars-san-sebastian-film-festival-1236008877/" TargetMode="External"/><Relationship Id="rId12" Type="http://schemas.openxmlformats.org/officeDocument/2006/relationships/hyperlink" Target="https://en.wikipedia.org/wiki/Emilia_P%C3%A9rez" TargetMode="External"/><Relationship Id="rId13" Type="http://schemas.openxmlformats.org/officeDocument/2006/relationships/hyperlink" Target="https://deadline.com/2024/10/emilia-perez-jacques-audiard-zoe-saldana-selena-gomez-karla-sofia-gascon-interview-1236114127/" TargetMode="External"/><Relationship Id="rId14" Type="http://schemas.openxmlformats.org/officeDocument/2006/relationships/hyperlink" Target="https://www.imdb.com/title/tt202214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