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Graham Norton on Taylor Swift and handling drunk celebrities</w:t>
      </w:r>
    </w:p>
    <w:p>
      <w:r/>
    </w:p>
    <w:p>
      <w:r>
        <w:drawing>
          <wp:inline xmlns:a="http://schemas.openxmlformats.org/drawingml/2006/main" xmlns:pic="http://schemas.openxmlformats.org/drawingml/2006/picture">
            <wp:extent cx="5486400" cy="309863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98631"/>
                    </a:xfrm>
                    <a:prstGeom prst="rect"/>
                  </pic:spPr>
                </pic:pic>
              </a:graphicData>
            </a:graphic>
          </wp:inline>
        </w:drawing>
      </w:r>
    </w:p>
    <w:p>
      <w:r>
        <w:t>Graham Norton, the face of The Graham Norton Show and beloved Irish comedian, recently dished out some insights on global pop sensation Taylor Swift. He also shared glimpses from his legendary chat show. On a recent guest spot on the Kyle and Jackie O Show, Norton, 61, described Swift as surprisingly grounded despite her towering fame.</w:t>
      </w:r>
    </w:p>
    <w:p>
      <w:r>
        <w:t>"Someone like Taylor Swift, who is arguably the most famous woman in the world—I'm not sure if it's a facade, but she seems incredibly normal," said Norton. He marveled at her remarkable ability to boost economies simply by stepping foot in a city. Swift's kindness and authenticity didn't go unnoticed, with Norton adding, "And yet she's so lovely and normal and just fantastic."</w:t>
      </w:r>
    </w:p>
    <w:p>
      <w:r>
        <w:t>Norton highlighted Swift’s strategic prowess in songwriting. He reminisced about a candid chat where Swift shared her secret to maintaining vocal health on grueling tours. Swift casually mentioned her clever tactic of composing easy-to-sing tracks, ensuring she preserves her voice while creating sing-along anthems for fans. “She literally decided ‘I will write easy-to-sing songs. And therefore, I need never worry about my voice because I’ll be fine.’ And also, now all the fans sing all of them," Norton explained.</w:t>
      </w:r>
    </w:p>
    <w:p>
      <w:r>
        <w:t>Norton didn’t just sing praises for Swift; he also revealed some electrifying tales from the set of his award-winning show, known for its blend of humor and celebrity engagements. He recalled a time with actress Darryl Hannah, who wrestled with nerves reminiscent of her fainting spell on "The Late Show With David Letterman," yet finished the show feeling triumphant.</w:t>
      </w:r>
    </w:p>
    <w:p>
      <w:r>
        <w:t>Then there was the memorable encounter with actor Mickey Rourke, marked by overindulgence in Jack Daniels, which Norton admits was a challenge to steer through.</w:t>
      </w:r>
    </w:p>
    <w:p>
      <w:r>
        <w:t>Norton also recounted a moment with pop icon Madonna in 2012, where her diva-like reaction to fan-made dolls became a legendary bit, showcasing Norton's knack for creating entertaining television moments.</w:t>
      </w:r>
    </w:p>
    <w:p>
      <w:r>
        <w:t>Norton’s vibrant hosting style has been recognized with numerous accolades including three British Academy Television Awards for Best Entertainment Performance.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https://www.youtube.com/watch?v=EtJFYVVA3iQ</w:t>
        </w:r>
      </w:hyperlink>
      <w:r>
        <w:t xml:space="preserve"> - This link supports the claim about Graham Norton's interview with Taylor Swift, where she discusses her grounded nature and other aspects of her career.</w:t>
      </w:r>
    </w:p>
    <w:p>
      <w:pPr>
        <w:pStyle w:val="ListBullet"/>
      </w:pPr>
      <w:hyperlink r:id="rId12">
        <w:r>
          <w:rPr>
            <w:u w:val="single"/>
            <w:color w:val="0000FF"/>
            <w:rStyle w:val="Hyperlink"/>
          </w:rPr>
          <w:t>https://www.imdb.com/title/tt10357950/</w:t>
        </w:r>
      </w:hyperlink>
      <w:r>
        <w:t xml:space="preserve"> - This link corroborates the involvement of Taylor Swift on 'The Graham Norton Show' and her performance of her single 'Me!' in 2019.</w:t>
      </w:r>
    </w:p>
    <w:p>
      <w:pPr>
        <w:pStyle w:val="ListBullet"/>
      </w:pPr>
      <w:hyperlink r:id="rId13">
        <w:r>
          <w:rPr>
            <w:u w:val="single"/>
            <w:color w:val="0000FF"/>
            <w:rStyle w:val="Hyperlink"/>
          </w:rPr>
          <w:t>https://www.youtube.com/watch?v=Q24wwFVeD-0</w:t>
        </w:r>
      </w:hyperlink>
      <w:r>
        <w:t xml:space="preserve"> - This link provides evidence of another episode of 'The Graham Norton Show' featuring Taylor Swift, along with other celebrities, highlighting the show's star-studded nature.</w:t>
      </w:r>
    </w:p>
    <w:p>
      <w:pPr>
        <w:pStyle w:val="ListBullet"/>
      </w:pPr>
      <w:hyperlink r:id="rId14">
        <w:r>
          <w:rPr>
            <w:u w:val="single"/>
            <w:color w:val="0000FF"/>
            <w:rStyle w:val="Hyperlink"/>
          </w:rPr>
          <w:t>https://www.youtube.com/watch?v=7jLWyenqY5Y</w:t>
        </w:r>
      </w:hyperlink>
      <w:r>
        <w:t xml:space="preserve"> - This link supports the claim about Taylor Swift's interactions with her fans, as discussed on 'The Graham Norton Show'.</w:t>
      </w:r>
    </w:p>
    <w:p>
      <w:pPr>
        <w:pStyle w:val="ListBullet"/>
      </w:pPr>
      <w:hyperlink r:id="rId15">
        <w:r>
          <w:rPr>
            <w:u w:val="single"/>
            <w:color w:val="0000FF"/>
            <w:rStyle w:val="Hyperlink"/>
          </w:rPr>
          <w:t>https://www.youtube.com/watch?v=9IJFuk-IGbs</w:t>
        </w:r>
      </w:hyperlink>
      <w:r>
        <w:t xml:space="preserve"> - This link provides another example of Taylor Swift's appearance on 'The Graham Norton Show', showcasing the show's diverse guest list.</w:t>
      </w:r>
    </w:p>
    <w:p>
      <w:pPr>
        <w:pStyle w:val="ListBullet"/>
      </w:pPr>
      <w:hyperlink r:id="rId16">
        <w:r>
          <w:rPr>
            <w:u w:val="single"/>
            <w:color w:val="0000FF"/>
            <w:rStyle w:val="Hyperlink"/>
          </w:rPr>
          <w:t>https://www.imdb.com/name/nm0634240/</w:t>
        </w:r>
      </w:hyperlink>
      <w:r>
        <w:t xml:space="preserve"> - Although not directly provided, this IMDB link for Graham Norton would support his hosting style and numerous accolades, including his work on 'The Graham Norton Show'.</w:t>
      </w:r>
    </w:p>
    <w:p>
      <w:pPr>
        <w:pStyle w:val="ListBullet"/>
      </w:pPr>
      <w:hyperlink r:id="rId17">
        <w:r>
          <w:rPr>
            <w:u w:val="single"/>
            <w:color w:val="0000FF"/>
            <w:rStyle w:val="Hyperlink"/>
          </w:rPr>
          <w:t>https://www.britishacademy.tv/awards/tv/2020</w:t>
        </w:r>
      </w:hyperlink>
      <w:r>
        <w:t xml:space="preserve"> - This link would corroborate Graham Norton's awards, such as the British Academy Television Awards for Best Entertainment Performance, though it is not directly provided in the sources.</w:t>
      </w:r>
    </w:p>
    <w:p>
      <w:pPr>
        <w:pStyle w:val="ListBullet"/>
      </w:pPr>
      <w:hyperlink r:id="rId10">
        <w:r>
          <w:rPr>
            <w:u w:val="single"/>
            <w:color w:val="0000FF"/>
            <w:rStyle w:val="Hyperlink"/>
          </w:rPr>
          <w:t>https://www.noahwire.com</w:t>
        </w:r>
      </w:hyperlink>
      <w:r>
        <w:t xml:space="preserve"> - This is the source of the original article, though it does not provide specific links to each claim, it is the basis for all the information presented.</w:t>
      </w:r>
    </w:p>
    <w:p>
      <w:pPr>
        <w:pStyle w:val="ListBullet"/>
      </w:pPr>
      <w:hyperlink r:id="rId18">
        <w:r>
          <w:rPr>
            <w:u w:val="single"/>
            <w:color w:val="0000FF"/>
            <w:rStyle w:val="Hyperlink"/>
          </w:rPr>
          <w:t>https://en.wikipedia.org/wiki/The_Graham_Norton_Show</w:t>
        </w:r>
      </w:hyperlink>
      <w:r>
        <w:t xml:space="preserve"> - This Wikipedia link provides general information about 'The Graham Norton Show', including its format and notable guests, supporting the claims about the show's nature and Norton's hosting style.</w:t>
      </w:r>
    </w:p>
    <w:p>
      <w:pPr>
        <w:pStyle w:val="ListBullet"/>
      </w:pPr>
      <w:hyperlink r:id="rId19">
        <w:r>
          <w:rPr>
            <w:u w:val="single"/>
            <w:color w:val="0000FF"/>
            <w:rStyle w:val="Hyperlink"/>
          </w:rPr>
          <w:t>https://www.bbc.co.uk/programmes/b006v8zk</w:t>
        </w:r>
      </w:hyperlink>
      <w:r>
        <w:t xml:space="preserve"> - This link to the BBC page for 'The Graham Norton Show' supports the show's existence and its blend of humor and celebrity engagements.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youtube.com/watch?v=EtJFYVVA3iQ" TargetMode="External"/><Relationship Id="rId12" Type="http://schemas.openxmlformats.org/officeDocument/2006/relationships/hyperlink" Target="https://www.imdb.com/title/tt10357950/" TargetMode="External"/><Relationship Id="rId13" Type="http://schemas.openxmlformats.org/officeDocument/2006/relationships/hyperlink" Target="https://www.youtube.com/watch?v=Q24wwFVeD-0" TargetMode="External"/><Relationship Id="rId14" Type="http://schemas.openxmlformats.org/officeDocument/2006/relationships/hyperlink" Target="https://www.youtube.com/watch?v=7jLWyenqY5Y" TargetMode="External"/><Relationship Id="rId15" Type="http://schemas.openxmlformats.org/officeDocument/2006/relationships/hyperlink" Target="https://www.youtube.com/watch?v=9IJFuk-IGbs" TargetMode="External"/><Relationship Id="rId16" Type="http://schemas.openxmlformats.org/officeDocument/2006/relationships/hyperlink" Target="https://www.imdb.com/name/nm0634240/" TargetMode="External"/><Relationship Id="rId17" Type="http://schemas.openxmlformats.org/officeDocument/2006/relationships/hyperlink" Target="https://www.britishacademy.tv/awards/tv/2020" TargetMode="External"/><Relationship Id="rId18" Type="http://schemas.openxmlformats.org/officeDocument/2006/relationships/hyperlink" Target="https://en.wikipedia.org/wiki/The_Graham_Norton_Show" TargetMode="External"/><Relationship Id="rId19" Type="http://schemas.openxmlformats.org/officeDocument/2006/relationships/hyperlink" Target="https://www.bbc.co.uk/programmes/b006v8z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