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Your new TV binge: 'Those About To Die'</w:t>
      </w:r>
    </w:p>
    <w:p>
      <w:r/>
    </w:p>
    <w:p>
      <w:r>
        <w:drawing>
          <wp:inline xmlns:a="http://schemas.openxmlformats.org/drawingml/2006/main" xmlns:pic="http://schemas.openxmlformats.org/drawingml/2006/picture">
            <wp:extent cx="5486400" cy="30747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4796"/>
                    </a:xfrm>
                    <a:prstGeom prst="rect"/>
                  </pic:spPr>
                </pic:pic>
              </a:graphicData>
            </a:graphic>
          </wp:inline>
        </w:drawing>
      </w:r>
    </w:p>
    <w:p>
      <w:r>
        <w:t>The new homoerotic drama series "Those About To Die" premiered this week. Developed by Robert Rodat and directed by Roland Emmerich and Marco Kreuzpaintner, it's an epic sword-and-sandal television series inspired by Daniel P. Mannix's 1958 book of the same name, which also inspired the film "Gladiator."</w:t>
      </w:r>
    </w:p>
    <w:p>
      <w:r>
        <w:t>Anthony Hopkins stars as the ageing Roman Emperor Vespasian, alongside actors Iwan Rheon, Jojo Macari, and Tom Hughes in a story about the complex and corrupt world of gladiatorial competition, following a diverse ensemble of characters from various layers of Roman society.</w:t>
      </w:r>
    </w:p>
    <w:p>
      <w:r>
        <w:t>"Those About To Die" received mostly positive reviews from fans on social media with comparisons made to "Game of Thrones" and "Spartacus".</w:t>
      </w:r>
    </w:p>
    <w:p>
      <w:r>
        <w:t>Anthony Hopkins, an Academy Award-winning actor, was knighted in 1993 for his services to drama and is known for his roles in films like "The Father," "Silence of the Lambs," the Marvel Cinematic Universe, and HBO's "Westworld.” Binge all ten hours now on Amazon Prime.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