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If you're going to choose a track for the Devil Wears Prada sequel, it has to be Vogue...</w:t>
      </w:r>
      <w:r/>
    </w:p>
    <w:p>
      <w:r/>
      <w:r/>
    </w:p>
    <w:p>
      <w:r>
        <w:drawing>
          <wp:inline xmlns:a="http://schemas.openxmlformats.org/drawingml/2006/main" xmlns:pic="http://schemas.openxmlformats.org/drawingml/2006/picture">
            <wp:extent cx="5080000" cy="201942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019428"/>
                    </a:xfrm>
                    <a:prstGeom prst="rect"/>
                  </pic:spPr>
                </pic:pic>
              </a:graphicData>
            </a:graphic>
          </wp:inline>
        </w:drawing>
      </w:r>
    </w:p>
    <w:p>
      <w:r/>
      <w:r>
        <w:t>Here it is, without further ado-ness, the teaser trailer for the sequel to the surprisingly-successful-bearing-in-mind-how-anti-feminist-it-is Devil Wears Prada.</w:t>
      </w:r>
      <w:r/>
    </w:p>
    <w:p>
      <w:r/>
      <w:hyperlink r:id="rId9">
        <w:r>
          <w:rPr>
            <w:color w:val="0000EE"/>
            <w:u w:val="single"/>
          </w:rPr>
          <w:t>Enjoy</w:t>
        </w:r>
      </w:hyperlink>
      <w:r>
        <w:t>.</w:t>
      </w:r>
      <w:r/>
    </w:p>
    <w:p>
      <w:pPr>
        <w:pStyle w:val="Heading2"/>
      </w:pPr>
      <w:r>
        <w:t>Bibliography</w:t>
      </w:r>
      <w:r/>
      <w:r/>
    </w:p>
    <w:p>
      <w:pPr>
        <w:pStyle w:val="ListNumber"/>
        <w:numPr>
          <w:ilvl w:val="0"/>
          <w:numId w:val="14"/>
        </w:numPr>
        <w:spacing w:line="240" w:lineRule="auto"/>
        <w:ind w:left="720"/>
      </w:pPr>
      <w:r/>
      <w:hyperlink r:id="rId10">
        <w:r>
          <w:rPr>
            <w:color w:val="0000EE"/>
            <w:u w:val="single"/>
          </w:rPr>
          <w:t>https://hypebeast.com/2025/11/the-devil-wears-prada-official-teaser-meryl-streep-anne-hathaway-trailer-release-info</w:t>
        </w:r>
      </w:hyperlink>
      <w:r>
        <w:t xml:space="preserve"> - This article provides details about the release of the first teaser trailer for 'The Devil Wears Prada 2', confirming the return of Meryl Streep and Anne Hathaway, and the theatrical release date of May 1, 2026.</w:t>
      </w:r>
      <w:r/>
    </w:p>
    <w:p>
      <w:pPr>
        <w:pStyle w:val="ListNumber"/>
        <w:spacing w:line="240" w:lineRule="auto"/>
        <w:ind w:left="720"/>
      </w:pPr>
      <w:r/>
      <w:hyperlink r:id="rId11">
        <w:r>
          <w:rPr>
            <w:color w:val="0000EE"/>
            <w:u w:val="single"/>
          </w:rPr>
          <w:t>https://www.aol.com/articles/devil-wears-prada-getting-sequel-175700773.html</w:t>
        </w:r>
      </w:hyperlink>
      <w:r>
        <w:t xml:space="preserve"> - This piece discusses the production status of 'The Devil Wears Prada 2', including the announcement of its official production start on June 30, 2025, and the release date set for May 1, 2026.</w:t>
      </w:r>
      <w:r/>
    </w:p>
    <w:p>
      <w:pPr>
        <w:pStyle w:val="ListNumber"/>
        <w:spacing w:line="240" w:lineRule="auto"/>
        <w:ind w:left="720"/>
      </w:pPr>
      <w:r/>
      <w:hyperlink r:id="rId12">
        <w:r>
          <w:rPr>
            <w:color w:val="0000EE"/>
            <w:u w:val="single"/>
          </w:rPr>
          <w:t>https://www.thewrap.com/devil-wears-prada-2-trailer/</w:t>
        </w:r>
      </w:hyperlink>
      <w:r>
        <w:t xml:space="preserve"> - This article offers insights into the plot of 'The Devil Wears Prada 2', highlighting Miranda Priestly's struggle with the decline of magazine publishing and her need to seek financial help from her former assistant, Emily Charlton.</w:t>
      </w:r>
      <w:r/>
    </w:p>
    <w:p>
      <w:pPr>
        <w:pStyle w:val="ListNumber"/>
        <w:spacing w:line="240" w:lineRule="auto"/>
        <w:ind w:left="720"/>
      </w:pPr>
      <w:r/>
      <w:hyperlink r:id="rId13">
        <w:r>
          <w:rPr>
            <w:color w:val="0000EE"/>
            <w:u w:val="single"/>
          </w:rPr>
          <w:t>https://uk.news.yahoo.com/devil-wears-prada-2-teaser-081348521.html</w:t>
        </w:r>
      </w:hyperlink>
      <w:r>
        <w:t xml:space="preserve"> - This article provides information about the first teaser trailer for 'The Devil Wears Prada 2', featuring a reunion scene between Miranda Priestly and Andy Sachs, with Miranda delivering the line, 'Took you long enough.'</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youtube.com/watch?v=9c-DrMe8o5Q" TargetMode="External"/><Relationship Id="rId10" Type="http://schemas.openxmlformats.org/officeDocument/2006/relationships/hyperlink" Target="https://hypebeast.com/2025/11/the-devil-wears-prada-official-teaser-meryl-streep-anne-hathaway-trailer-release-info" TargetMode="External"/><Relationship Id="rId11" Type="http://schemas.openxmlformats.org/officeDocument/2006/relationships/hyperlink" Target="https://www.aol.com/articles/devil-wears-prada-getting-sequel-175700773.html" TargetMode="External"/><Relationship Id="rId12" Type="http://schemas.openxmlformats.org/officeDocument/2006/relationships/hyperlink" Target="https://www.thewrap.com/devil-wears-prada-2-trailer/" TargetMode="External"/><Relationship Id="rId13" Type="http://schemas.openxmlformats.org/officeDocument/2006/relationships/hyperlink" Target="https://uk.news.yahoo.com/devil-wears-prada-2-teaser-08134852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